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7BF49" w14:textId="77777777" w:rsidR="00EE22DF" w:rsidRDefault="00EE22DF">
      <w:pPr>
        <w:keepNext/>
        <w:spacing w:before="20" w:after="60" w:line="245" w:lineRule="auto"/>
        <w:rPr>
          <w:b/>
          <w:color w:val="0E4673"/>
          <w:sz w:val="32"/>
          <w:lang w:val="sv-SE"/>
        </w:rPr>
      </w:pPr>
    </w:p>
    <w:p w14:paraId="74C51837" w14:textId="79EA4D63" w:rsidR="00CB7E60" w:rsidRDefault="00365F86">
      <w:pPr>
        <w:keepNext/>
        <w:spacing w:before="20" w:after="60" w:line="245" w:lineRule="auto"/>
        <w:rPr>
          <w:b/>
          <w:color w:val="0E4673"/>
          <w:sz w:val="32"/>
          <w:lang w:val="sv-SE"/>
        </w:rPr>
      </w:pPr>
      <w:r w:rsidRPr="00EE22DF">
        <w:rPr>
          <w:b/>
          <w:color w:val="0E4673"/>
          <w:sz w:val="32"/>
          <w:lang w:val="sv-SE"/>
        </w:rPr>
        <w:t>Medlemsansökan förmedlare</w:t>
      </w:r>
    </w:p>
    <w:p w14:paraId="73936DDB" w14:textId="77777777" w:rsidR="00EE22DF" w:rsidRPr="00EE22DF" w:rsidRDefault="00EE22DF">
      <w:pPr>
        <w:keepNext/>
        <w:spacing w:before="20" w:after="60" w:line="245" w:lineRule="auto"/>
        <w:rPr>
          <w:lang w:val="sv-SE"/>
        </w:rPr>
      </w:pPr>
    </w:p>
    <w:p w14:paraId="320FBF7A" w14:textId="77777777" w:rsidR="00CB7E60" w:rsidRPr="0035497D" w:rsidRDefault="00365F86">
      <w:pPr>
        <w:keepNext/>
        <w:spacing w:before="20" w:after="40" w:line="245" w:lineRule="auto"/>
        <w:rPr>
          <w:lang w:val="sv-SE"/>
        </w:rPr>
      </w:pPr>
      <w:r w:rsidRPr="0035497D">
        <w:rPr>
          <w:b/>
          <w:color w:val="0E4673"/>
          <w:sz w:val="24"/>
          <w:lang w:val="sv-SE"/>
        </w:rPr>
        <w:t>Personuppgifter</w:t>
      </w:r>
    </w:p>
    <w:p w14:paraId="21318696" w14:textId="77777777" w:rsidR="00CB7E60" w:rsidRPr="00EE22DF" w:rsidRDefault="00365F86">
      <w:pPr>
        <w:spacing w:after="40" w:line="245" w:lineRule="auto"/>
        <w:rPr>
          <w:lang w:val="sv-SE"/>
        </w:rPr>
      </w:pPr>
      <w:r w:rsidRPr="00EE22DF">
        <w:rPr>
          <w:lang w:val="sv-SE"/>
        </w:rPr>
        <w:t>Förnamn: __________________________________________________________</w:t>
      </w:r>
    </w:p>
    <w:p w14:paraId="3D05C304" w14:textId="77777777" w:rsidR="00EE22DF" w:rsidRDefault="00365F86">
      <w:pPr>
        <w:spacing w:after="40" w:line="245" w:lineRule="auto"/>
        <w:rPr>
          <w:lang w:val="sv-SE"/>
        </w:rPr>
      </w:pPr>
      <w:r w:rsidRPr="00EE22DF">
        <w:rPr>
          <w:lang w:val="sv-SE"/>
        </w:rPr>
        <w:t xml:space="preserve">Efternamn: </w:t>
      </w:r>
      <w:r w:rsidR="00EE22DF" w:rsidRPr="00EE22DF">
        <w:rPr>
          <w:lang w:val="sv-SE"/>
        </w:rPr>
        <w:t>__________________________________________________________</w:t>
      </w:r>
    </w:p>
    <w:p w14:paraId="4AD63AFD" w14:textId="22A8B3C8" w:rsidR="00CB7E60" w:rsidRPr="00EE22DF" w:rsidRDefault="00365F86">
      <w:pPr>
        <w:spacing w:after="40" w:line="245" w:lineRule="auto"/>
        <w:rPr>
          <w:lang w:val="sv-SE"/>
        </w:rPr>
      </w:pPr>
      <w:r w:rsidRPr="00EE22DF">
        <w:rPr>
          <w:lang w:val="sv-SE"/>
        </w:rPr>
        <w:t>Personnummer (12 siffror): ____________________________________________</w:t>
      </w:r>
    </w:p>
    <w:p w14:paraId="17A1D142" w14:textId="77777777" w:rsidR="00CB7E60" w:rsidRPr="00EE22DF" w:rsidRDefault="00365F86">
      <w:pPr>
        <w:spacing w:after="40" w:line="245" w:lineRule="auto"/>
        <w:rPr>
          <w:lang w:val="sv-SE"/>
        </w:rPr>
      </w:pPr>
      <w:r w:rsidRPr="00EE22DF">
        <w:rPr>
          <w:lang w:val="sv-SE"/>
        </w:rPr>
        <w:t>Kön: ________________________________________________________________</w:t>
      </w:r>
    </w:p>
    <w:p w14:paraId="35E5802F" w14:textId="77777777" w:rsidR="00CB7E60" w:rsidRPr="00EE22DF" w:rsidRDefault="00365F86">
      <w:pPr>
        <w:spacing w:after="40" w:line="245" w:lineRule="auto"/>
        <w:rPr>
          <w:lang w:val="sv-SE"/>
        </w:rPr>
      </w:pPr>
      <w:r w:rsidRPr="00EE22DF">
        <w:rPr>
          <w:lang w:val="sv-SE"/>
        </w:rPr>
        <w:t>E-post arbete: ____________________________________________________</w:t>
      </w:r>
    </w:p>
    <w:p w14:paraId="40734F2F" w14:textId="77777777" w:rsidR="00CB7E60" w:rsidRPr="00EE22DF" w:rsidRDefault="00365F86">
      <w:pPr>
        <w:spacing w:after="40" w:line="245" w:lineRule="auto"/>
        <w:rPr>
          <w:lang w:val="sv-SE"/>
        </w:rPr>
      </w:pPr>
      <w:r w:rsidRPr="00EE22DF">
        <w:rPr>
          <w:lang w:val="sv-SE"/>
        </w:rPr>
        <w:t>Tjänstetelefonnummer: ______________________________________________</w:t>
      </w:r>
    </w:p>
    <w:p w14:paraId="173BFD64" w14:textId="77777777" w:rsidR="00EE22DF" w:rsidRDefault="00EE22DF">
      <w:pPr>
        <w:keepNext/>
        <w:spacing w:before="100" w:after="40" w:line="245" w:lineRule="auto"/>
        <w:rPr>
          <w:b/>
          <w:color w:val="0E4673"/>
          <w:sz w:val="24"/>
          <w:lang w:val="sv-SE"/>
        </w:rPr>
      </w:pPr>
    </w:p>
    <w:p w14:paraId="22B19C30" w14:textId="2117559C" w:rsidR="00CB7E60" w:rsidRDefault="00365F86">
      <w:pPr>
        <w:keepNext/>
        <w:spacing w:before="100" w:after="40" w:line="245" w:lineRule="auto"/>
        <w:rPr>
          <w:b/>
          <w:color w:val="0E4673"/>
          <w:sz w:val="24"/>
          <w:lang w:val="sv-SE"/>
        </w:rPr>
      </w:pPr>
      <w:r w:rsidRPr="00EE22DF">
        <w:rPr>
          <w:b/>
          <w:color w:val="0E4673"/>
          <w:sz w:val="24"/>
          <w:lang w:val="sv-SE"/>
        </w:rPr>
        <w:t>Arbetsgivare</w:t>
      </w:r>
    </w:p>
    <w:p w14:paraId="62FB2BB8" w14:textId="2FE0CFED" w:rsidR="00EE22DF" w:rsidRPr="00EE22DF" w:rsidRDefault="00EE22DF">
      <w:pPr>
        <w:keepNext/>
        <w:spacing w:before="100" w:after="40" w:line="245" w:lineRule="auto"/>
        <w:rPr>
          <w:lang w:val="sv-SE"/>
        </w:rPr>
      </w:pPr>
      <w:r w:rsidRPr="0035497D">
        <w:rPr>
          <w:lang w:val="sv-SE"/>
        </w:rPr>
        <w:t>Arbetsgivarens namn: ______________________________________________________</w:t>
      </w:r>
    </w:p>
    <w:p w14:paraId="12C19650" w14:textId="77777777" w:rsidR="00CB7E60" w:rsidRPr="00EE22DF" w:rsidRDefault="00365F86">
      <w:pPr>
        <w:spacing w:after="40" w:line="245" w:lineRule="auto"/>
        <w:rPr>
          <w:lang w:val="sv-SE"/>
        </w:rPr>
      </w:pPr>
      <w:r w:rsidRPr="00EE22DF">
        <w:rPr>
          <w:lang w:val="sv-SE"/>
        </w:rPr>
        <w:t>Arbetsgivarens organisationsnummer: ___________________________________</w:t>
      </w:r>
    </w:p>
    <w:p w14:paraId="27B0295F" w14:textId="77777777" w:rsidR="00CB7E60" w:rsidRDefault="00365F86">
      <w:pPr>
        <w:spacing w:after="80" w:line="245" w:lineRule="auto"/>
        <w:rPr>
          <w:i/>
          <w:sz w:val="18"/>
          <w:lang w:val="sv-SE"/>
        </w:rPr>
      </w:pPr>
      <w:r w:rsidRPr="00EE22DF">
        <w:rPr>
          <w:i/>
          <w:sz w:val="18"/>
          <w:lang w:val="sv-SE"/>
        </w:rPr>
        <w:t>Ange organisationsnumret för det bolag som ditt SFM-medlemskap ska kopplas till.</w:t>
      </w:r>
    </w:p>
    <w:p w14:paraId="618B432F" w14:textId="77777777" w:rsidR="00992D1E" w:rsidRPr="00633E17" w:rsidRDefault="00992D1E" w:rsidP="00992D1E">
      <w:pPr>
        <w:spacing w:after="40" w:line="245" w:lineRule="auto"/>
        <w:rPr>
          <w:lang w:val="sv-SE"/>
        </w:rPr>
      </w:pPr>
      <w:r w:rsidRPr="00633E17">
        <w:rPr>
          <w:lang w:val="sv-SE"/>
        </w:rPr>
        <w:t>Organisationstillhörighet: ________________________________________</w:t>
      </w:r>
    </w:p>
    <w:p w14:paraId="084BDDDE" w14:textId="77777777" w:rsidR="00992D1E" w:rsidRPr="00992D1E" w:rsidRDefault="00992D1E">
      <w:pPr>
        <w:spacing w:after="80" w:line="245" w:lineRule="auto"/>
        <w:rPr>
          <w:iCs/>
          <w:lang w:val="sv-SE"/>
        </w:rPr>
      </w:pPr>
    </w:p>
    <w:p w14:paraId="2C2FDEBB" w14:textId="77777777" w:rsidR="00CB7E60" w:rsidRDefault="00365F86">
      <w:pPr>
        <w:keepNext/>
        <w:spacing w:before="40" w:after="40" w:line="245" w:lineRule="auto"/>
        <w:rPr>
          <w:b/>
          <w:color w:val="0E4673"/>
          <w:sz w:val="24"/>
          <w:lang w:val="sv-SE"/>
        </w:rPr>
      </w:pPr>
      <w:r w:rsidRPr="00EE22DF">
        <w:rPr>
          <w:b/>
          <w:color w:val="0E4673"/>
          <w:sz w:val="24"/>
          <w:lang w:val="sv-SE"/>
        </w:rPr>
        <w:t>Anknuten försäkringsförmedlare</w:t>
      </w:r>
    </w:p>
    <w:p w14:paraId="5CF23092" w14:textId="77777777" w:rsidR="00992D1E" w:rsidRPr="00EE22DF" w:rsidRDefault="00992D1E">
      <w:pPr>
        <w:keepNext/>
        <w:spacing w:before="40" w:after="40" w:line="245" w:lineRule="auto"/>
        <w:rPr>
          <w:lang w:val="sv-SE"/>
        </w:rPr>
      </w:pPr>
    </w:p>
    <w:p w14:paraId="43806EC5" w14:textId="77777777" w:rsidR="00CB7E60" w:rsidRDefault="00365F86">
      <w:pPr>
        <w:spacing w:after="80" w:line="245" w:lineRule="auto"/>
        <w:rPr>
          <w:lang w:val="sv-SE"/>
        </w:rPr>
      </w:pPr>
      <w:r w:rsidRPr="00EE22DF">
        <w:rPr>
          <w:lang w:val="sv-SE"/>
        </w:rPr>
        <w:t>Är du registrerad som anknuten försäkringsförmedlare?  ☐ Ja        ☐ Nej</w:t>
      </w:r>
    </w:p>
    <w:p w14:paraId="1CA7401A" w14:textId="77777777" w:rsidR="00992D1E" w:rsidRPr="00082607" w:rsidRDefault="00992D1E" w:rsidP="00992D1E">
      <w:pPr>
        <w:spacing w:after="20" w:line="245" w:lineRule="auto"/>
        <w:rPr>
          <w:lang w:val="sv-SE"/>
        </w:rPr>
      </w:pPr>
      <w:r w:rsidRPr="00082607">
        <w:rPr>
          <w:b/>
          <w:sz w:val="18"/>
          <w:lang w:val="sv-SE"/>
        </w:rPr>
        <w:t>*Anknuten försäkringsförmedlare:</w:t>
      </w:r>
    </w:p>
    <w:p w14:paraId="5752D46D" w14:textId="77777777" w:rsidR="00992D1E" w:rsidRPr="00082607" w:rsidRDefault="00992D1E" w:rsidP="00992D1E">
      <w:pPr>
        <w:spacing w:after="20" w:line="245" w:lineRule="auto"/>
        <w:rPr>
          <w:lang w:val="sv-SE"/>
        </w:rPr>
      </w:pPr>
      <w:r w:rsidRPr="00082607">
        <w:rPr>
          <w:sz w:val="17"/>
          <w:lang w:val="sv-SE"/>
        </w:rPr>
        <w:t>En förmedlare som har ingått avtal med ett eller flera försäkringsbolag om att distribuera deras försäkringsprodukter.</w:t>
      </w:r>
    </w:p>
    <w:p w14:paraId="1FAC2F2B" w14:textId="77777777" w:rsidR="00992D1E" w:rsidRPr="00082607" w:rsidRDefault="00992D1E" w:rsidP="00992D1E">
      <w:pPr>
        <w:spacing w:after="20" w:line="245" w:lineRule="auto"/>
        <w:rPr>
          <w:lang w:val="sv-SE"/>
        </w:rPr>
      </w:pPr>
      <w:r w:rsidRPr="00082607">
        <w:rPr>
          <w:sz w:val="17"/>
          <w:lang w:val="sv-SE"/>
        </w:rPr>
        <w:t>Dessa produkter får inte konkurrera med varandra och avtalet ska innebära att försäkringsföretaget är ansvarigt för ren förmögenhetsskada som kan uppkomma om förmedlaren åsidosätter sina skyldigheter.</w:t>
      </w:r>
    </w:p>
    <w:p w14:paraId="2B9A48BC" w14:textId="77777777" w:rsidR="00992D1E" w:rsidRPr="00082607" w:rsidRDefault="00992D1E" w:rsidP="00992D1E">
      <w:pPr>
        <w:spacing w:after="20" w:line="245" w:lineRule="auto"/>
        <w:rPr>
          <w:lang w:val="sv-SE"/>
        </w:rPr>
      </w:pPr>
      <w:r w:rsidRPr="00082607">
        <w:rPr>
          <w:sz w:val="17"/>
          <w:lang w:val="sv-SE"/>
        </w:rPr>
        <w:t>En anknuten försäkringsförmedlare behöver som huvudregel inte söka eget tillstånd hos Finansinspektionen.</w:t>
      </w:r>
    </w:p>
    <w:p w14:paraId="58E50C0B" w14:textId="77777777" w:rsidR="00992D1E" w:rsidRDefault="00992D1E" w:rsidP="00992D1E">
      <w:pPr>
        <w:spacing w:after="20" w:line="245" w:lineRule="auto"/>
        <w:rPr>
          <w:sz w:val="17"/>
          <w:lang w:val="sv-SE"/>
        </w:rPr>
      </w:pPr>
      <w:r w:rsidRPr="00082607">
        <w:rPr>
          <w:sz w:val="17"/>
          <w:lang w:val="sv-SE"/>
        </w:rPr>
        <w:t>Eget tillstånd krävs dock vid distribution av försäkringsbaserade investeringsprodukter eller pensionsförsäkring med förfallo- eller återköpsvärde som är exponerat mot marknadsvolatilitet.</w:t>
      </w:r>
    </w:p>
    <w:p w14:paraId="549E80C0" w14:textId="77777777" w:rsidR="00992D1E" w:rsidRDefault="00992D1E" w:rsidP="00992D1E">
      <w:pPr>
        <w:spacing w:after="20" w:line="245" w:lineRule="auto"/>
        <w:rPr>
          <w:sz w:val="17"/>
          <w:lang w:val="sv-SE"/>
        </w:rPr>
      </w:pPr>
    </w:p>
    <w:p w14:paraId="3F45B5D1" w14:textId="740983BE" w:rsidR="0035497D" w:rsidRPr="001C1BE4" w:rsidRDefault="0035497D" w:rsidP="0035497D">
      <w:pPr>
        <w:spacing w:after="0" w:line="240" w:lineRule="auto"/>
        <w:rPr>
          <w:lang w:val="sv-SE"/>
        </w:rPr>
      </w:pPr>
      <w:r w:rsidRPr="001C1BE4">
        <w:rPr>
          <w:lang w:val="sv-SE"/>
        </w:rPr>
        <w:t xml:space="preserve">Verksam under </w:t>
      </w:r>
      <w:r w:rsidR="001C1BE4" w:rsidRPr="001C1BE4">
        <w:rPr>
          <w:lang w:val="sv-SE"/>
        </w:rPr>
        <w:t>kategori ☐</w:t>
      </w:r>
      <w:r w:rsidR="001C1BE4" w:rsidRPr="00EE22DF">
        <w:rPr>
          <w:lang w:val="sv-SE"/>
        </w:rPr>
        <w:t xml:space="preserve"> </w:t>
      </w:r>
      <w:r w:rsidR="001C1BE4">
        <w:rPr>
          <w:lang w:val="sv-SE"/>
        </w:rPr>
        <w:t>Sak</w:t>
      </w:r>
      <w:r w:rsidR="001C1BE4" w:rsidRPr="00EE22DF">
        <w:rPr>
          <w:lang w:val="sv-SE"/>
        </w:rPr>
        <w:t xml:space="preserve">        ☐</w:t>
      </w:r>
      <w:r w:rsidR="001C1BE4">
        <w:rPr>
          <w:lang w:val="sv-SE"/>
        </w:rPr>
        <w:t xml:space="preserve"> Liv</w:t>
      </w:r>
      <w:r w:rsidRPr="001C1BE4">
        <w:rPr>
          <w:lang w:val="sv-SE"/>
        </w:rPr>
        <w:t xml:space="preserve"> </w:t>
      </w:r>
    </w:p>
    <w:p w14:paraId="6CE8EFD5" w14:textId="77777777" w:rsidR="0035497D" w:rsidRDefault="0035497D" w:rsidP="00992D1E">
      <w:pPr>
        <w:spacing w:after="60" w:line="245" w:lineRule="auto"/>
        <w:rPr>
          <w:lang w:val="sv-SE"/>
        </w:rPr>
      </w:pPr>
    </w:p>
    <w:p w14:paraId="5D885D7E" w14:textId="3F6DA893" w:rsidR="00992D1E" w:rsidRDefault="00992D1E" w:rsidP="00992D1E">
      <w:pPr>
        <w:spacing w:after="60" w:line="245" w:lineRule="auto"/>
        <w:rPr>
          <w:lang w:val="sv-SE"/>
        </w:rPr>
      </w:pPr>
      <w:r>
        <w:rPr>
          <w:lang w:val="sv-SE"/>
        </w:rPr>
        <w:t>Har du l</w:t>
      </w:r>
      <w:r w:rsidRPr="00EE22DF">
        <w:rPr>
          <w:lang w:val="sv-SE"/>
        </w:rPr>
        <w:t>icens hos InsureSec?  ☐ Ja        ☐ Nej</w:t>
      </w:r>
    </w:p>
    <w:p w14:paraId="4097E25F" w14:textId="77777777" w:rsidR="00992D1E" w:rsidRPr="00EE22DF" w:rsidRDefault="00992D1E" w:rsidP="00992D1E">
      <w:pPr>
        <w:spacing w:after="60" w:line="245" w:lineRule="auto"/>
        <w:rPr>
          <w:lang w:val="sv-SE"/>
        </w:rPr>
      </w:pPr>
    </w:p>
    <w:p w14:paraId="3126564E" w14:textId="77777777" w:rsidR="00CB7E60" w:rsidRPr="00EE22DF" w:rsidRDefault="00365F86">
      <w:pPr>
        <w:keepNext/>
        <w:spacing w:before="40" w:after="40" w:line="245" w:lineRule="auto"/>
        <w:rPr>
          <w:lang w:val="sv-SE"/>
        </w:rPr>
      </w:pPr>
      <w:r w:rsidRPr="00EE22DF">
        <w:rPr>
          <w:b/>
          <w:color w:val="0E4673"/>
          <w:sz w:val="24"/>
          <w:lang w:val="sv-SE"/>
        </w:rPr>
        <w:t>Personuppgiftshantering</w:t>
      </w:r>
    </w:p>
    <w:p w14:paraId="26C9C6E7" w14:textId="580FB91F" w:rsidR="00CB7E60" w:rsidRPr="00EE22DF" w:rsidRDefault="006C484A">
      <w:pPr>
        <w:spacing w:after="80" w:line="245" w:lineRule="auto"/>
        <w:rPr>
          <w:lang w:val="sv-SE"/>
        </w:rPr>
      </w:pPr>
      <w:r w:rsidRPr="00EE22DF">
        <w:rPr>
          <w:sz w:val="21"/>
          <w:lang w:val="sv-SE"/>
        </w:rPr>
        <w:t>☐ Jag</w:t>
      </w:r>
      <w:r w:rsidR="00365F86" w:rsidRPr="00EE22DF">
        <w:rPr>
          <w:lang w:val="sv-SE"/>
        </w:rPr>
        <w:t xml:space="preserve"> accepterar att mina uppgifter behandlas enligt SFM:s personuppgiftshantering.</w:t>
      </w:r>
    </w:p>
    <w:p w14:paraId="25E05A38" w14:textId="77777777" w:rsidR="00CB7E60" w:rsidRPr="00EE22DF" w:rsidRDefault="00365F86">
      <w:pPr>
        <w:rPr>
          <w:lang w:val="sv-SE"/>
        </w:rPr>
      </w:pPr>
      <w:r w:rsidRPr="00EE22DF">
        <w:rPr>
          <w:lang w:val="sv-SE"/>
        </w:rPr>
        <w:br w:type="page"/>
      </w:r>
    </w:p>
    <w:p w14:paraId="2AF1E911" w14:textId="77777777" w:rsidR="00CB7E60" w:rsidRDefault="00365F86">
      <w:pPr>
        <w:keepNext/>
        <w:spacing w:before="20" w:after="60" w:line="245" w:lineRule="auto"/>
        <w:rPr>
          <w:b/>
          <w:color w:val="0E4673"/>
          <w:sz w:val="32"/>
          <w:lang w:val="sv-SE"/>
        </w:rPr>
      </w:pPr>
      <w:r w:rsidRPr="00EE22DF">
        <w:rPr>
          <w:b/>
          <w:color w:val="0E4673"/>
          <w:sz w:val="32"/>
          <w:lang w:val="sv-SE"/>
        </w:rPr>
        <w:lastRenderedPageBreak/>
        <w:t>Uppgifter om förmedlingsverksamheten</w:t>
      </w:r>
    </w:p>
    <w:p w14:paraId="71976F9F" w14:textId="77777777" w:rsidR="00992D1E" w:rsidRPr="00EE22DF" w:rsidRDefault="00992D1E">
      <w:pPr>
        <w:keepNext/>
        <w:spacing w:before="20" w:after="60" w:line="245" w:lineRule="auto"/>
        <w:rPr>
          <w:lang w:val="sv-SE"/>
        </w:rPr>
      </w:pPr>
    </w:p>
    <w:p w14:paraId="00515E2B" w14:textId="77777777" w:rsidR="00CB7E60" w:rsidRPr="00EE22DF" w:rsidRDefault="00365F86">
      <w:pPr>
        <w:keepNext/>
        <w:spacing w:before="60" w:after="40" w:line="245" w:lineRule="auto"/>
        <w:rPr>
          <w:lang w:val="sv-SE"/>
        </w:rPr>
      </w:pPr>
      <w:r w:rsidRPr="00EE22DF">
        <w:rPr>
          <w:b/>
          <w:color w:val="0E4673"/>
          <w:sz w:val="24"/>
          <w:lang w:val="sv-SE"/>
        </w:rPr>
        <w:t>Försäkringsgivare utanför EU/EES</w:t>
      </w:r>
    </w:p>
    <w:p w14:paraId="4C963691" w14:textId="77777777" w:rsidR="00CB7E60" w:rsidRPr="00EE22DF" w:rsidRDefault="00365F86">
      <w:pPr>
        <w:spacing w:after="100" w:line="245" w:lineRule="auto"/>
        <w:rPr>
          <w:lang w:val="sv-SE"/>
        </w:rPr>
      </w:pPr>
      <w:r w:rsidRPr="00EE22DF">
        <w:rPr>
          <w:lang w:val="sv-SE"/>
        </w:rPr>
        <w:t>Förmedlar du försäkringar där försäkringsgivaren är belägen utanför EU/EES?  ☐ Ja        ☐ Nej</w:t>
      </w:r>
    </w:p>
    <w:p w14:paraId="3B42348D" w14:textId="77777777" w:rsidR="00992D1E" w:rsidRDefault="00992D1E">
      <w:pPr>
        <w:keepNext/>
        <w:spacing w:before="20" w:after="40" w:line="245" w:lineRule="auto"/>
        <w:rPr>
          <w:b/>
          <w:color w:val="0E4673"/>
          <w:sz w:val="24"/>
          <w:lang w:val="sv-SE"/>
        </w:rPr>
      </w:pPr>
    </w:p>
    <w:p w14:paraId="39B83331" w14:textId="59A21D12" w:rsidR="00CB7E60" w:rsidRPr="00EE22DF" w:rsidRDefault="00365F86">
      <w:pPr>
        <w:keepNext/>
        <w:spacing w:before="20" w:after="40" w:line="245" w:lineRule="auto"/>
        <w:rPr>
          <w:lang w:val="sv-SE"/>
        </w:rPr>
      </w:pPr>
      <w:r w:rsidRPr="00EE22DF">
        <w:rPr>
          <w:b/>
          <w:color w:val="0E4673"/>
          <w:sz w:val="24"/>
          <w:lang w:val="sv-SE"/>
        </w:rPr>
        <w:t>Huvudsakliga anställningar de senaste fem åren</w:t>
      </w:r>
    </w:p>
    <w:p w14:paraId="6A90B0D8" w14:textId="77777777" w:rsidR="00CB7E60" w:rsidRPr="00EE22DF" w:rsidRDefault="00365F86">
      <w:pPr>
        <w:spacing w:after="40" w:line="245" w:lineRule="auto"/>
        <w:rPr>
          <w:lang w:val="sv-SE"/>
        </w:rPr>
      </w:pPr>
      <w:r w:rsidRPr="00EE22DF">
        <w:rPr>
          <w:sz w:val="18"/>
          <w:lang w:val="sv-SE"/>
        </w:rPr>
        <w:t>För att ansöka om medlemskap i SFM gäller som huvudregel att du ska ha arbetat med försäkringsförmedling som din huvudsakliga yrkesverksamhet under minst två av de senaste fem åren. Ange endast relevant erfarenhet från de senaste fem åren.</w:t>
      </w:r>
    </w:p>
    <w:p w14:paraId="4BDD4AB3" w14:textId="77777777" w:rsidR="00CB7E60" w:rsidRPr="00EE22DF" w:rsidRDefault="00365F86">
      <w:pPr>
        <w:spacing w:after="80" w:line="245" w:lineRule="auto"/>
        <w:rPr>
          <w:lang w:val="sv-SE"/>
        </w:rPr>
      </w:pPr>
      <w:r w:rsidRPr="00EE22DF">
        <w:rPr>
          <w:sz w:val="18"/>
          <w:lang w:val="sv-SE"/>
        </w:rPr>
        <w:t>Erfarenheten kan ha förvärvats exempelvis genom arbete som försäkringsförmedlare, under kvalificerad handledning eller genom andra relevanta arbetsuppgifter inom försäkrings- och finansbranschen.</w:t>
      </w:r>
    </w:p>
    <w:p w14:paraId="03879504" w14:textId="77777777" w:rsidR="00CB7E60" w:rsidRPr="00EE22DF" w:rsidRDefault="00365F86">
      <w:pPr>
        <w:spacing w:after="20" w:line="245" w:lineRule="auto"/>
        <w:rPr>
          <w:lang w:val="sv-SE"/>
        </w:rPr>
      </w:pPr>
      <w:r w:rsidRPr="00EE22DF">
        <w:rPr>
          <w:b/>
          <w:lang w:val="sv-SE"/>
        </w:rPr>
        <w:t>Erfarenhet/anställning 1</w:t>
      </w:r>
    </w:p>
    <w:p w14:paraId="036C61B8" w14:textId="77777777" w:rsidR="00CB7E60" w:rsidRPr="00EE22DF" w:rsidRDefault="00365F86">
      <w:pPr>
        <w:spacing w:after="40" w:line="245" w:lineRule="auto"/>
        <w:rPr>
          <w:lang w:val="sv-SE"/>
        </w:rPr>
      </w:pPr>
      <w:r w:rsidRPr="00EE22DF">
        <w:rPr>
          <w:lang w:val="sv-SE"/>
        </w:rPr>
        <w:t>Arbetsgivare: _______________________________________________________</w:t>
      </w:r>
    </w:p>
    <w:p w14:paraId="6FED8A36" w14:textId="77777777" w:rsidR="00CB7E60" w:rsidRPr="00EE22DF" w:rsidRDefault="00365F86">
      <w:pPr>
        <w:spacing w:after="40" w:line="245" w:lineRule="auto"/>
        <w:rPr>
          <w:lang w:val="sv-SE"/>
        </w:rPr>
      </w:pPr>
      <w:r w:rsidRPr="00EE22DF">
        <w:rPr>
          <w:lang w:val="sv-SE"/>
        </w:rPr>
        <w:t>Från datum: _______________________________________________________</w:t>
      </w:r>
    </w:p>
    <w:p w14:paraId="06DC2691" w14:textId="77777777" w:rsidR="00CB7E60" w:rsidRPr="00EE22DF" w:rsidRDefault="00365F86">
      <w:pPr>
        <w:spacing w:after="40" w:line="245" w:lineRule="auto"/>
        <w:rPr>
          <w:lang w:val="sv-SE"/>
        </w:rPr>
      </w:pPr>
      <w:r w:rsidRPr="00EE22DF">
        <w:rPr>
          <w:lang w:val="sv-SE"/>
        </w:rPr>
        <w:t>Till datum: _________________________________________________________</w:t>
      </w:r>
    </w:p>
    <w:p w14:paraId="46C04059" w14:textId="77777777" w:rsidR="00CB7E60" w:rsidRPr="00EE22DF" w:rsidRDefault="00365F86">
      <w:pPr>
        <w:keepNext/>
        <w:spacing w:after="0" w:line="245" w:lineRule="auto"/>
        <w:rPr>
          <w:lang w:val="sv-SE"/>
        </w:rPr>
      </w:pPr>
      <w:r w:rsidRPr="00EE22DF">
        <w:rPr>
          <w:lang w:val="sv-SE"/>
        </w:rPr>
        <w:t>Relevant befattning/arbetsuppgifter:</w:t>
      </w:r>
    </w:p>
    <w:p w14:paraId="58716E99" w14:textId="77777777" w:rsidR="00CB7E60" w:rsidRPr="00EE22DF" w:rsidRDefault="00365F86">
      <w:pPr>
        <w:spacing w:after="0" w:line="245" w:lineRule="auto"/>
        <w:rPr>
          <w:lang w:val="sv-SE"/>
        </w:rPr>
      </w:pPr>
      <w:r w:rsidRPr="00EE22DF">
        <w:rPr>
          <w:lang w:val="sv-SE"/>
        </w:rPr>
        <w:t>___________________________________________________________________________________</w:t>
      </w:r>
    </w:p>
    <w:p w14:paraId="12ACBC60" w14:textId="77777777" w:rsidR="00CB7E60" w:rsidRPr="00EE22DF" w:rsidRDefault="00365F86">
      <w:pPr>
        <w:spacing w:after="80" w:line="245" w:lineRule="auto"/>
        <w:rPr>
          <w:lang w:val="sv-SE"/>
        </w:rPr>
      </w:pPr>
      <w:r w:rsidRPr="00EE22DF">
        <w:rPr>
          <w:lang w:val="sv-SE"/>
        </w:rPr>
        <w:t>___________________________________________________________________________________</w:t>
      </w:r>
    </w:p>
    <w:p w14:paraId="07C36BB8" w14:textId="77777777" w:rsidR="00CB7E60" w:rsidRPr="00EE22DF" w:rsidRDefault="00365F86">
      <w:pPr>
        <w:spacing w:after="20" w:line="245" w:lineRule="auto"/>
        <w:rPr>
          <w:lang w:val="sv-SE"/>
        </w:rPr>
      </w:pPr>
      <w:r w:rsidRPr="00EE22DF">
        <w:rPr>
          <w:b/>
          <w:lang w:val="sv-SE"/>
        </w:rPr>
        <w:t>Erfarenhet/anställning 2</w:t>
      </w:r>
    </w:p>
    <w:p w14:paraId="6F083833" w14:textId="77777777" w:rsidR="00CB7E60" w:rsidRPr="00EE22DF" w:rsidRDefault="00365F86">
      <w:pPr>
        <w:spacing w:after="40" w:line="245" w:lineRule="auto"/>
        <w:rPr>
          <w:lang w:val="sv-SE"/>
        </w:rPr>
      </w:pPr>
      <w:r w:rsidRPr="00EE22DF">
        <w:rPr>
          <w:lang w:val="sv-SE"/>
        </w:rPr>
        <w:t>Arbetsgivare: _______________________________________________________</w:t>
      </w:r>
    </w:p>
    <w:p w14:paraId="2960EBDF" w14:textId="77777777" w:rsidR="00CB7E60" w:rsidRPr="00EE22DF" w:rsidRDefault="00365F86">
      <w:pPr>
        <w:spacing w:after="40" w:line="245" w:lineRule="auto"/>
        <w:rPr>
          <w:lang w:val="sv-SE"/>
        </w:rPr>
      </w:pPr>
      <w:r w:rsidRPr="00EE22DF">
        <w:rPr>
          <w:lang w:val="sv-SE"/>
        </w:rPr>
        <w:t>Från datum: _______________________________________________________</w:t>
      </w:r>
    </w:p>
    <w:p w14:paraId="0645A0DC" w14:textId="77777777" w:rsidR="00CB7E60" w:rsidRPr="00EE22DF" w:rsidRDefault="00365F86">
      <w:pPr>
        <w:spacing w:after="40" w:line="245" w:lineRule="auto"/>
        <w:rPr>
          <w:lang w:val="sv-SE"/>
        </w:rPr>
      </w:pPr>
      <w:r w:rsidRPr="00EE22DF">
        <w:rPr>
          <w:lang w:val="sv-SE"/>
        </w:rPr>
        <w:t>Till datum: _________________________________________________________</w:t>
      </w:r>
    </w:p>
    <w:p w14:paraId="3838B90A" w14:textId="77777777" w:rsidR="00CB7E60" w:rsidRPr="00EE22DF" w:rsidRDefault="00365F86">
      <w:pPr>
        <w:keepNext/>
        <w:spacing w:after="0" w:line="245" w:lineRule="auto"/>
        <w:rPr>
          <w:lang w:val="sv-SE"/>
        </w:rPr>
      </w:pPr>
      <w:r w:rsidRPr="00EE22DF">
        <w:rPr>
          <w:lang w:val="sv-SE"/>
        </w:rPr>
        <w:t>Relevant befattning/arbetsuppgifter:</w:t>
      </w:r>
    </w:p>
    <w:p w14:paraId="731F9969" w14:textId="77777777" w:rsidR="00CB7E60" w:rsidRPr="00EE22DF" w:rsidRDefault="00365F86">
      <w:pPr>
        <w:spacing w:after="0" w:line="245" w:lineRule="auto"/>
        <w:rPr>
          <w:lang w:val="sv-SE"/>
        </w:rPr>
      </w:pPr>
      <w:r w:rsidRPr="00EE22DF">
        <w:rPr>
          <w:lang w:val="sv-SE"/>
        </w:rPr>
        <w:t>___________________________________________________________________________________</w:t>
      </w:r>
    </w:p>
    <w:p w14:paraId="1E4D36C0" w14:textId="77777777" w:rsidR="00CB7E60" w:rsidRPr="00EE22DF" w:rsidRDefault="00365F86">
      <w:pPr>
        <w:spacing w:after="40" w:line="245" w:lineRule="auto"/>
        <w:rPr>
          <w:lang w:val="sv-SE"/>
        </w:rPr>
      </w:pPr>
      <w:r w:rsidRPr="00EE22DF">
        <w:rPr>
          <w:lang w:val="sv-SE"/>
        </w:rPr>
        <w:t>___________________________________________________________________________________</w:t>
      </w:r>
    </w:p>
    <w:p w14:paraId="01BE7CFA" w14:textId="165DC449" w:rsidR="00992D1E" w:rsidRPr="00EE22DF" w:rsidRDefault="00992D1E" w:rsidP="00992D1E">
      <w:pPr>
        <w:spacing w:after="20" w:line="245" w:lineRule="auto"/>
        <w:rPr>
          <w:lang w:val="sv-SE"/>
        </w:rPr>
      </w:pPr>
      <w:r w:rsidRPr="00EE22DF">
        <w:rPr>
          <w:b/>
          <w:lang w:val="sv-SE"/>
        </w:rPr>
        <w:t xml:space="preserve">Erfarenhet/anställning </w:t>
      </w:r>
    </w:p>
    <w:p w14:paraId="03CD36C0" w14:textId="77777777" w:rsidR="00992D1E" w:rsidRPr="00EE22DF" w:rsidRDefault="00992D1E" w:rsidP="00992D1E">
      <w:pPr>
        <w:spacing w:after="40" w:line="245" w:lineRule="auto"/>
        <w:rPr>
          <w:lang w:val="sv-SE"/>
        </w:rPr>
      </w:pPr>
      <w:r w:rsidRPr="00EE22DF">
        <w:rPr>
          <w:lang w:val="sv-SE"/>
        </w:rPr>
        <w:t>Arbetsgivare: _______________________________________________________</w:t>
      </w:r>
    </w:p>
    <w:p w14:paraId="72BA1281" w14:textId="77777777" w:rsidR="00992D1E" w:rsidRPr="00EE22DF" w:rsidRDefault="00992D1E" w:rsidP="00992D1E">
      <w:pPr>
        <w:spacing w:after="40" w:line="245" w:lineRule="auto"/>
        <w:rPr>
          <w:lang w:val="sv-SE"/>
        </w:rPr>
      </w:pPr>
      <w:r w:rsidRPr="00EE22DF">
        <w:rPr>
          <w:lang w:val="sv-SE"/>
        </w:rPr>
        <w:t>Från datum: _______________________________________________________</w:t>
      </w:r>
    </w:p>
    <w:p w14:paraId="6764DCE2" w14:textId="77777777" w:rsidR="00992D1E" w:rsidRPr="00EE22DF" w:rsidRDefault="00992D1E" w:rsidP="00992D1E">
      <w:pPr>
        <w:spacing w:after="40" w:line="245" w:lineRule="auto"/>
        <w:rPr>
          <w:lang w:val="sv-SE"/>
        </w:rPr>
      </w:pPr>
      <w:r w:rsidRPr="00EE22DF">
        <w:rPr>
          <w:lang w:val="sv-SE"/>
        </w:rPr>
        <w:t>Till datum: _________________________________________________________</w:t>
      </w:r>
    </w:p>
    <w:p w14:paraId="237AA8BD" w14:textId="77777777" w:rsidR="00992D1E" w:rsidRPr="00EE22DF" w:rsidRDefault="00992D1E" w:rsidP="00992D1E">
      <w:pPr>
        <w:keepNext/>
        <w:spacing w:after="0" w:line="245" w:lineRule="auto"/>
        <w:rPr>
          <w:lang w:val="sv-SE"/>
        </w:rPr>
      </w:pPr>
      <w:r w:rsidRPr="00EE22DF">
        <w:rPr>
          <w:lang w:val="sv-SE"/>
        </w:rPr>
        <w:t>Relevant befattning/arbetsuppgifter:</w:t>
      </w:r>
    </w:p>
    <w:p w14:paraId="33A81DF2" w14:textId="77777777" w:rsidR="00992D1E" w:rsidRPr="00EE22DF" w:rsidRDefault="00992D1E" w:rsidP="00992D1E">
      <w:pPr>
        <w:spacing w:after="0" w:line="245" w:lineRule="auto"/>
        <w:rPr>
          <w:lang w:val="sv-SE"/>
        </w:rPr>
      </w:pPr>
      <w:r w:rsidRPr="00EE22DF">
        <w:rPr>
          <w:lang w:val="sv-SE"/>
        </w:rPr>
        <w:t>___________________________________________________________________________________</w:t>
      </w:r>
    </w:p>
    <w:p w14:paraId="5391AB19" w14:textId="77777777" w:rsidR="00992D1E" w:rsidRPr="00EE22DF" w:rsidRDefault="00992D1E" w:rsidP="00992D1E">
      <w:pPr>
        <w:spacing w:after="40" w:line="245" w:lineRule="auto"/>
        <w:rPr>
          <w:lang w:val="sv-SE"/>
        </w:rPr>
      </w:pPr>
      <w:r w:rsidRPr="00EE22DF">
        <w:rPr>
          <w:lang w:val="sv-SE"/>
        </w:rPr>
        <w:t>___________________________________________________________________________________</w:t>
      </w:r>
    </w:p>
    <w:p w14:paraId="34A269DC" w14:textId="77777777" w:rsidR="00992D1E" w:rsidRDefault="00992D1E">
      <w:pPr>
        <w:rPr>
          <w:lang w:val="sv-SE"/>
        </w:rPr>
      </w:pPr>
      <w:r>
        <w:rPr>
          <w:lang w:val="sv-SE"/>
        </w:rPr>
        <w:t>Behöver du fler rader så skriv nedan</w:t>
      </w:r>
    </w:p>
    <w:p w14:paraId="55C3EEAB" w14:textId="77777777" w:rsidR="00992D1E" w:rsidRPr="00EE22DF" w:rsidRDefault="00992D1E" w:rsidP="00992D1E">
      <w:pPr>
        <w:spacing w:after="0" w:line="245" w:lineRule="auto"/>
        <w:rPr>
          <w:lang w:val="sv-SE"/>
        </w:rPr>
      </w:pPr>
      <w:r w:rsidRPr="00EE22DF">
        <w:rPr>
          <w:lang w:val="sv-SE"/>
        </w:rPr>
        <w:t>___________________________________________________________________________________</w:t>
      </w:r>
    </w:p>
    <w:p w14:paraId="58A7F67A" w14:textId="77777777" w:rsidR="00992D1E" w:rsidRPr="00EE22DF" w:rsidRDefault="00992D1E" w:rsidP="00992D1E">
      <w:pPr>
        <w:spacing w:after="40" w:line="245" w:lineRule="auto"/>
        <w:rPr>
          <w:lang w:val="sv-SE"/>
        </w:rPr>
      </w:pPr>
      <w:r w:rsidRPr="00EE22DF">
        <w:rPr>
          <w:lang w:val="sv-SE"/>
        </w:rPr>
        <w:t>___________________________________________________________________________________</w:t>
      </w:r>
    </w:p>
    <w:p w14:paraId="3EA796CA" w14:textId="77777777" w:rsidR="00992D1E" w:rsidRPr="00EE22DF" w:rsidRDefault="00992D1E" w:rsidP="00992D1E">
      <w:pPr>
        <w:spacing w:after="0" w:line="245" w:lineRule="auto"/>
        <w:rPr>
          <w:lang w:val="sv-SE"/>
        </w:rPr>
      </w:pPr>
      <w:r w:rsidRPr="00EE22DF">
        <w:rPr>
          <w:lang w:val="sv-SE"/>
        </w:rPr>
        <w:t>___________________________________________________________________________________</w:t>
      </w:r>
    </w:p>
    <w:p w14:paraId="3E508F83" w14:textId="77777777" w:rsidR="00992D1E" w:rsidRPr="00EE22DF" w:rsidRDefault="00992D1E" w:rsidP="00992D1E">
      <w:pPr>
        <w:spacing w:after="40" w:line="245" w:lineRule="auto"/>
        <w:rPr>
          <w:lang w:val="sv-SE"/>
        </w:rPr>
      </w:pPr>
      <w:r w:rsidRPr="00EE22DF">
        <w:rPr>
          <w:lang w:val="sv-SE"/>
        </w:rPr>
        <w:t>___________________________________________________________________________________</w:t>
      </w:r>
    </w:p>
    <w:p w14:paraId="339E5D0C" w14:textId="77777777" w:rsidR="00992D1E" w:rsidRPr="00EE22DF" w:rsidRDefault="00992D1E" w:rsidP="00992D1E">
      <w:pPr>
        <w:spacing w:after="0" w:line="245" w:lineRule="auto"/>
        <w:rPr>
          <w:lang w:val="sv-SE"/>
        </w:rPr>
      </w:pPr>
      <w:r w:rsidRPr="00EE22DF">
        <w:rPr>
          <w:lang w:val="sv-SE"/>
        </w:rPr>
        <w:t>___________________________________________________________________________________</w:t>
      </w:r>
    </w:p>
    <w:p w14:paraId="5D6461A3" w14:textId="77777777" w:rsidR="00992D1E" w:rsidRPr="00EE22DF" w:rsidRDefault="00992D1E" w:rsidP="00992D1E">
      <w:pPr>
        <w:spacing w:after="40" w:line="245" w:lineRule="auto"/>
        <w:rPr>
          <w:lang w:val="sv-SE"/>
        </w:rPr>
      </w:pPr>
      <w:r w:rsidRPr="00EE22DF">
        <w:rPr>
          <w:lang w:val="sv-SE"/>
        </w:rPr>
        <w:t>___________________________________________________________________________________</w:t>
      </w:r>
    </w:p>
    <w:p w14:paraId="133A22EB" w14:textId="700616B7" w:rsidR="00CB7E60" w:rsidRPr="00EE22DF" w:rsidRDefault="00365F86">
      <w:pPr>
        <w:rPr>
          <w:lang w:val="sv-SE"/>
        </w:rPr>
      </w:pPr>
      <w:r w:rsidRPr="00EE22DF">
        <w:rPr>
          <w:lang w:val="sv-SE"/>
        </w:rPr>
        <w:br w:type="page"/>
      </w:r>
    </w:p>
    <w:p w14:paraId="4E0CA4B5" w14:textId="77777777" w:rsidR="00992D1E" w:rsidRDefault="00992D1E">
      <w:pPr>
        <w:keepNext/>
        <w:spacing w:before="20" w:after="60" w:line="245" w:lineRule="auto"/>
        <w:rPr>
          <w:b/>
          <w:color w:val="0E4673"/>
          <w:sz w:val="32"/>
          <w:lang w:val="sv-SE"/>
        </w:rPr>
      </w:pPr>
    </w:p>
    <w:p w14:paraId="385A4991" w14:textId="6F02809B" w:rsidR="00CB7E60" w:rsidRDefault="00365F86">
      <w:pPr>
        <w:keepNext/>
        <w:spacing w:before="20" w:after="60" w:line="245" w:lineRule="auto"/>
        <w:rPr>
          <w:b/>
          <w:color w:val="0E4673"/>
          <w:sz w:val="32"/>
          <w:lang w:val="sv-SE"/>
        </w:rPr>
      </w:pPr>
      <w:r w:rsidRPr="00EE22DF">
        <w:rPr>
          <w:b/>
          <w:color w:val="0E4673"/>
          <w:sz w:val="32"/>
          <w:lang w:val="sv-SE"/>
        </w:rPr>
        <w:t>Frågor och intyg</w:t>
      </w:r>
    </w:p>
    <w:p w14:paraId="6038568B" w14:textId="77777777" w:rsidR="00992D1E" w:rsidRPr="00EE22DF" w:rsidRDefault="00992D1E">
      <w:pPr>
        <w:keepNext/>
        <w:spacing w:before="20" w:after="60" w:line="245" w:lineRule="auto"/>
        <w:rPr>
          <w:lang w:val="sv-SE"/>
        </w:rPr>
      </w:pPr>
    </w:p>
    <w:p w14:paraId="7AC5225A" w14:textId="77777777" w:rsidR="00CB7E60" w:rsidRDefault="00365F86">
      <w:pPr>
        <w:keepNext/>
        <w:spacing w:before="20" w:after="20" w:line="245" w:lineRule="auto"/>
        <w:rPr>
          <w:b/>
          <w:color w:val="0E4673"/>
          <w:sz w:val="24"/>
          <w:lang w:val="sv-SE"/>
        </w:rPr>
      </w:pPr>
      <w:r w:rsidRPr="00EE22DF">
        <w:rPr>
          <w:b/>
          <w:color w:val="0E4673"/>
          <w:sz w:val="24"/>
          <w:lang w:val="sv-SE"/>
        </w:rPr>
        <w:t>Skriftligt uppdragsavtal</w:t>
      </w:r>
    </w:p>
    <w:p w14:paraId="10503D2D" w14:textId="77777777" w:rsidR="00992D1E" w:rsidRPr="00EE22DF" w:rsidRDefault="00992D1E">
      <w:pPr>
        <w:keepNext/>
        <w:spacing w:before="20" w:after="20" w:line="245" w:lineRule="auto"/>
        <w:rPr>
          <w:lang w:val="sv-SE"/>
        </w:rPr>
      </w:pPr>
    </w:p>
    <w:p w14:paraId="77C3DF5D" w14:textId="77777777" w:rsidR="00CB7E60" w:rsidRDefault="00365F86">
      <w:pPr>
        <w:spacing w:after="80" w:line="245" w:lineRule="auto"/>
        <w:rPr>
          <w:lang w:val="sv-SE"/>
        </w:rPr>
      </w:pPr>
      <w:r w:rsidRPr="00EE22DF">
        <w:rPr>
          <w:lang w:val="sv-SE"/>
        </w:rPr>
        <w:t>Upprättar du ett skriftligt uppdragsavtal med kunden som tydligt beskriver uppdragets omfattning, båda parters ansvar och avtalsvillkor?  ☐ Ja        ☐ Nej</w:t>
      </w:r>
    </w:p>
    <w:p w14:paraId="04144218" w14:textId="77777777" w:rsidR="00992D1E" w:rsidRPr="00992D1E" w:rsidRDefault="00992D1E" w:rsidP="00992D1E">
      <w:pPr>
        <w:rPr>
          <w:lang w:val="sv-SE"/>
        </w:rPr>
      </w:pPr>
      <w:r w:rsidRPr="00992D1E">
        <w:rPr>
          <w:lang w:val="sv-SE"/>
        </w:rPr>
        <w:t>Om nej: vänligen motivera varför och beskriv hur uppdragets omfattning och övriga villkor (inklusive ersättning) hanteras</w:t>
      </w:r>
    </w:p>
    <w:p w14:paraId="33E8C682" w14:textId="77777777" w:rsidR="00992D1E" w:rsidRPr="00EE22DF" w:rsidRDefault="00992D1E">
      <w:pPr>
        <w:spacing w:after="80" w:line="245" w:lineRule="auto"/>
        <w:rPr>
          <w:lang w:val="sv-SE"/>
        </w:rPr>
      </w:pPr>
    </w:p>
    <w:p w14:paraId="305CD89D" w14:textId="77777777" w:rsidR="00CB7E60" w:rsidRPr="00EE22DF" w:rsidRDefault="00365F86">
      <w:pPr>
        <w:keepNext/>
        <w:spacing w:before="20" w:after="20" w:line="245" w:lineRule="auto"/>
        <w:rPr>
          <w:lang w:val="sv-SE"/>
        </w:rPr>
      </w:pPr>
      <w:r w:rsidRPr="00EE22DF">
        <w:rPr>
          <w:b/>
          <w:color w:val="0E4673"/>
          <w:sz w:val="24"/>
          <w:lang w:val="sv-SE"/>
        </w:rPr>
        <w:t>Kundklagomålshantering</w:t>
      </w:r>
    </w:p>
    <w:p w14:paraId="74EED32D" w14:textId="77777777" w:rsidR="00CB7E60" w:rsidRPr="00EE22DF" w:rsidRDefault="00365F86">
      <w:pPr>
        <w:spacing w:after="80" w:line="245" w:lineRule="auto"/>
        <w:rPr>
          <w:lang w:val="sv-SE"/>
        </w:rPr>
      </w:pPr>
      <w:r w:rsidRPr="00EE22DF">
        <w:rPr>
          <w:lang w:val="sv-SE"/>
        </w:rPr>
        <w:t>Känner du till rutinerna för kundklagomålshantering på ditt företag?  ☐ Ja        ☐ Nej</w:t>
      </w:r>
    </w:p>
    <w:p w14:paraId="092864E1" w14:textId="77777777" w:rsidR="00CB7E60" w:rsidRPr="00EE22DF" w:rsidRDefault="00365F86">
      <w:pPr>
        <w:keepNext/>
        <w:spacing w:before="20" w:after="20" w:line="245" w:lineRule="auto"/>
        <w:rPr>
          <w:lang w:val="sv-SE"/>
        </w:rPr>
      </w:pPr>
      <w:r w:rsidRPr="00EE22DF">
        <w:rPr>
          <w:b/>
          <w:color w:val="0E4673"/>
          <w:sz w:val="24"/>
          <w:lang w:val="sv-SE"/>
        </w:rPr>
        <w:t>Intressekonflikter</w:t>
      </w:r>
    </w:p>
    <w:p w14:paraId="6DB2C535" w14:textId="77777777" w:rsidR="00CB7E60" w:rsidRPr="00EE22DF" w:rsidRDefault="00365F86">
      <w:pPr>
        <w:spacing w:after="80" w:line="245" w:lineRule="auto"/>
        <w:rPr>
          <w:lang w:val="sv-SE"/>
        </w:rPr>
      </w:pPr>
      <w:r w:rsidRPr="00EE22DF">
        <w:rPr>
          <w:lang w:val="sv-SE"/>
        </w:rPr>
        <w:t>Känner du till om ditt företag har rutiner för att hantera intressekonflikter?  ☐ Ja        ☐ Nej</w:t>
      </w:r>
    </w:p>
    <w:p w14:paraId="7E44684E" w14:textId="77777777" w:rsidR="00CB7E60" w:rsidRPr="00EE22DF" w:rsidRDefault="00365F86">
      <w:pPr>
        <w:keepNext/>
        <w:spacing w:before="20" w:after="20" w:line="245" w:lineRule="auto"/>
        <w:rPr>
          <w:lang w:val="sv-SE"/>
        </w:rPr>
      </w:pPr>
      <w:r w:rsidRPr="00EE22DF">
        <w:rPr>
          <w:b/>
          <w:color w:val="0E4673"/>
          <w:sz w:val="24"/>
          <w:lang w:val="sv-SE"/>
        </w:rPr>
        <w:t>Penningtvätt och finansiering av terrorism</w:t>
      </w:r>
    </w:p>
    <w:p w14:paraId="21626176" w14:textId="77777777" w:rsidR="00CB7E60" w:rsidRPr="00EE22DF" w:rsidRDefault="00365F86">
      <w:pPr>
        <w:spacing w:after="100" w:line="245" w:lineRule="auto"/>
        <w:rPr>
          <w:lang w:val="sv-SE"/>
        </w:rPr>
      </w:pPr>
      <w:r w:rsidRPr="00EE22DF">
        <w:rPr>
          <w:lang w:val="sv-SE"/>
        </w:rPr>
        <w:t>Känner du till om ditt företag har rutiner för att motverka penningtvätt och finansiering av terrorism?  ☐ Ja        ☐ Nej</w:t>
      </w:r>
    </w:p>
    <w:p w14:paraId="09D9C9D6" w14:textId="77777777" w:rsidR="00992D1E" w:rsidRDefault="00992D1E">
      <w:pPr>
        <w:keepNext/>
        <w:spacing w:before="20" w:after="40" w:line="245" w:lineRule="auto"/>
        <w:rPr>
          <w:b/>
          <w:color w:val="0E4673"/>
          <w:sz w:val="24"/>
          <w:lang w:val="sv-SE"/>
        </w:rPr>
      </w:pPr>
    </w:p>
    <w:p w14:paraId="597FF482" w14:textId="77777777" w:rsidR="00B45881" w:rsidRDefault="00B45881">
      <w:pPr>
        <w:rPr>
          <w:b/>
          <w:bCs/>
          <w:color w:val="0E4673"/>
          <w:sz w:val="24"/>
          <w:lang w:val="sv-SE"/>
        </w:rPr>
      </w:pPr>
      <w:r>
        <w:rPr>
          <w:b/>
          <w:bCs/>
          <w:color w:val="0E4673"/>
          <w:sz w:val="24"/>
          <w:lang w:val="sv-SE"/>
        </w:rPr>
        <w:br w:type="page"/>
      </w:r>
    </w:p>
    <w:p w14:paraId="697A8281" w14:textId="3FC3E6F4" w:rsidR="00B45881" w:rsidRDefault="00B45881" w:rsidP="00B45881">
      <w:pPr>
        <w:keepNext/>
        <w:spacing w:before="20" w:after="40" w:line="245" w:lineRule="auto"/>
        <w:rPr>
          <w:b/>
          <w:bCs/>
          <w:color w:val="0E4673"/>
          <w:sz w:val="24"/>
          <w:lang w:val="sv-SE"/>
        </w:rPr>
      </w:pPr>
      <w:r w:rsidRPr="00B45881">
        <w:rPr>
          <w:b/>
          <w:bCs/>
          <w:color w:val="0E4673"/>
          <w:sz w:val="24"/>
          <w:lang w:val="sv-SE"/>
        </w:rPr>
        <w:lastRenderedPageBreak/>
        <w:t>Arbetsgivarens bekräftelse</w:t>
      </w:r>
    </w:p>
    <w:p w14:paraId="1E772F95" w14:textId="77777777" w:rsidR="00B45881" w:rsidRPr="00B45881" w:rsidRDefault="00B45881" w:rsidP="00B45881">
      <w:pPr>
        <w:keepNext/>
        <w:spacing w:before="20" w:after="40" w:line="245" w:lineRule="auto"/>
        <w:rPr>
          <w:b/>
          <w:color w:val="0E4673"/>
          <w:sz w:val="24"/>
          <w:lang w:val="sv-SE"/>
        </w:rPr>
      </w:pPr>
    </w:p>
    <w:p w14:paraId="1BED7DFC" w14:textId="77777777" w:rsidR="00B45881" w:rsidRPr="00B45881" w:rsidRDefault="00B45881" w:rsidP="00B45881">
      <w:pPr>
        <w:spacing w:after="80" w:line="245" w:lineRule="auto"/>
        <w:rPr>
          <w:lang w:val="sv-SE"/>
        </w:rPr>
      </w:pPr>
      <w:r w:rsidRPr="00B45881">
        <w:rPr>
          <w:lang w:val="sv-SE"/>
        </w:rPr>
        <w:t>Ansökan ska bekräftas av en ansvarig person hos arbetsgivaren.</w:t>
      </w:r>
    </w:p>
    <w:p w14:paraId="0106EE57" w14:textId="77777777" w:rsidR="00B45881" w:rsidRPr="00B45881" w:rsidRDefault="00B45881" w:rsidP="00B45881">
      <w:pPr>
        <w:spacing w:after="80" w:line="245" w:lineRule="auto"/>
        <w:rPr>
          <w:lang w:val="sv-SE"/>
        </w:rPr>
      </w:pPr>
      <w:r w:rsidRPr="00B45881">
        <w:rPr>
          <w:lang w:val="sv-SE"/>
        </w:rPr>
        <w:t>Den ansvariga personen bekräftar att:</w:t>
      </w:r>
    </w:p>
    <w:p w14:paraId="01F21F28" w14:textId="77777777" w:rsidR="00B45881" w:rsidRPr="00B45881" w:rsidRDefault="00B45881" w:rsidP="00B45881">
      <w:pPr>
        <w:tabs>
          <w:tab w:val="num" w:pos="720"/>
        </w:tabs>
        <w:spacing w:after="80" w:line="245" w:lineRule="auto"/>
        <w:rPr>
          <w:lang w:val="sv-SE"/>
        </w:rPr>
      </w:pPr>
      <w:r w:rsidRPr="00B45881">
        <w:rPr>
          <w:lang w:val="sv-SE"/>
        </w:rPr>
        <w:t xml:space="preserve">sökanden är verksam hos angiven arbetsgivare, </w:t>
      </w:r>
    </w:p>
    <w:p w14:paraId="40A1E0B4" w14:textId="77777777" w:rsidR="00B45881" w:rsidRPr="00B45881" w:rsidRDefault="00B45881" w:rsidP="00B45881">
      <w:pPr>
        <w:tabs>
          <w:tab w:val="num" w:pos="720"/>
        </w:tabs>
        <w:spacing w:after="80" w:line="245" w:lineRule="auto"/>
        <w:rPr>
          <w:lang w:val="sv-SE"/>
        </w:rPr>
      </w:pPr>
      <w:r w:rsidRPr="00B45881">
        <w:rPr>
          <w:lang w:val="sv-SE"/>
        </w:rPr>
        <w:t xml:space="preserve">uppgifterna om sökandens anställning och erfarenhet är korrekta, och </w:t>
      </w:r>
    </w:p>
    <w:p w14:paraId="1D362DF3" w14:textId="77777777" w:rsidR="00B45881" w:rsidRDefault="00B45881" w:rsidP="00B45881">
      <w:pPr>
        <w:tabs>
          <w:tab w:val="num" w:pos="720"/>
        </w:tabs>
        <w:spacing w:after="80" w:line="245" w:lineRule="auto"/>
        <w:rPr>
          <w:lang w:val="sv-SE"/>
        </w:rPr>
      </w:pPr>
      <w:r w:rsidRPr="00B45881">
        <w:rPr>
          <w:lang w:val="sv-SE"/>
        </w:rPr>
        <w:t xml:space="preserve">arbetsgivaren känner till och godkänner att sökanden ansöker om medlemskap i SFM kopplat till bolaget. </w:t>
      </w:r>
    </w:p>
    <w:p w14:paraId="28504E64" w14:textId="77777777" w:rsidR="00B45881" w:rsidRPr="00B45881" w:rsidRDefault="00B45881" w:rsidP="00B45881">
      <w:pPr>
        <w:tabs>
          <w:tab w:val="num" w:pos="720"/>
        </w:tabs>
        <w:spacing w:after="80" w:line="245" w:lineRule="auto"/>
        <w:rPr>
          <w:lang w:val="sv-SE"/>
        </w:rPr>
      </w:pPr>
    </w:p>
    <w:p w14:paraId="428D7242" w14:textId="77777777" w:rsidR="00B45881" w:rsidRPr="00B45881" w:rsidRDefault="00B45881" w:rsidP="00B45881">
      <w:pPr>
        <w:spacing w:after="80" w:line="245" w:lineRule="auto"/>
        <w:rPr>
          <w:lang w:val="sv-SE"/>
        </w:rPr>
      </w:pPr>
      <w:r w:rsidRPr="00B45881">
        <w:rPr>
          <w:lang w:val="sv-SE"/>
        </w:rPr>
        <w:t>Namn på ansvarig person: ______________________________________________</w:t>
      </w:r>
    </w:p>
    <w:p w14:paraId="4765238B" w14:textId="77777777" w:rsidR="00B45881" w:rsidRPr="00B45881" w:rsidRDefault="00B45881" w:rsidP="00B45881">
      <w:pPr>
        <w:spacing w:after="80" w:line="245" w:lineRule="auto"/>
        <w:rPr>
          <w:lang w:val="sv-SE"/>
        </w:rPr>
      </w:pPr>
      <w:r w:rsidRPr="00B45881">
        <w:rPr>
          <w:lang w:val="sv-SE"/>
        </w:rPr>
        <w:t>Befattning: __________________________________________________________</w:t>
      </w:r>
    </w:p>
    <w:p w14:paraId="0E1175F9" w14:textId="77777777" w:rsidR="00B45881" w:rsidRPr="00B45881" w:rsidRDefault="00B45881" w:rsidP="00B45881">
      <w:pPr>
        <w:spacing w:after="80" w:line="245" w:lineRule="auto"/>
        <w:rPr>
          <w:lang w:val="sv-SE"/>
        </w:rPr>
      </w:pPr>
      <w:r w:rsidRPr="00B45881">
        <w:rPr>
          <w:lang w:val="sv-SE"/>
        </w:rPr>
        <w:t>E-postadress: ________________________________________________________</w:t>
      </w:r>
    </w:p>
    <w:p w14:paraId="3578233F" w14:textId="77777777" w:rsidR="00B45881" w:rsidRDefault="00B45881" w:rsidP="00B45881">
      <w:pPr>
        <w:keepNext/>
        <w:spacing w:before="20" w:after="40" w:line="245" w:lineRule="auto"/>
        <w:rPr>
          <w:b/>
          <w:color w:val="0E4673"/>
          <w:sz w:val="24"/>
          <w:lang w:val="sv-SE"/>
        </w:rPr>
      </w:pPr>
    </w:p>
    <w:p w14:paraId="4EE78934" w14:textId="2BDC1757" w:rsidR="00B45881" w:rsidRDefault="00B45881" w:rsidP="00B45881">
      <w:pPr>
        <w:keepNext/>
        <w:spacing w:before="20" w:after="40" w:line="245" w:lineRule="auto"/>
        <w:rPr>
          <w:lang w:val="sv-SE"/>
        </w:rPr>
      </w:pPr>
      <w:r w:rsidRPr="00B45881">
        <w:rPr>
          <w:b/>
          <w:color w:val="0E4673"/>
          <w:sz w:val="24"/>
          <w:lang w:val="sv-SE"/>
        </w:rPr>
        <w:t xml:space="preserve">☐ </w:t>
      </w:r>
      <w:r w:rsidRPr="00B45881">
        <w:rPr>
          <w:lang w:val="sv-SE"/>
        </w:rPr>
        <w:t>Jag bekräftar ovanstående uppgifter för arbetsgivarens räkning.</w:t>
      </w:r>
    </w:p>
    <w:p w14:paraId="0BF2883F" w14:textId="77777777" w:rsidR="00B45881" w:rsidRPr="00B45881" w:rsidRDefault="00B45881" w:rsidP="00B45881">
      <w:pPr>
        <w:keepNext/>
        <w:spacing w:before="20" w:after="40" w:line="245" w:lineRule="auto"/>
        <w:rPr>
          <w:lang w:val="sv-SE"/>
        </w:rPr>
      </w:pPr>
    </w:p>
    <w:p w14:paraId="23876F20" w14:textId="77777777" w:rsidR="00B45881" w:rsidRPr="00B45881" w:rsidRDefault="00B45881" w:rsidP="00B45881">
      <w:pPr>
        <w:keepNext/>
        <w:spacing w:before="20" w:after="40" w:line="245" w:lineRule="auto"/>
        <w:rPr>
          <w:lang w:val="sv-SE"/>
        </w:rPr>
      </w:pPr>
      <w:r w:rsidRPr="00B45881">
        <w:rPr>
          <w:lang w:val="sv-SE"/>
        </w:rPr>
        <w:t>Ort och datum: ______________________________________________________</w:t>
      </w:r>
    </w:p>
    <w:p w14:paraId="1DBEF34C" w14:textId="77777777" w:rsidR="00B45881" w:rsidRPr="00B45881" w:rsidRDefault="00B45881" w:rsidP="00B45881">
      <w:pPr>
        <w:keepNext/>
        <w:spacing w:before="20" w:after="40" w:line="245" w:lineRule="auto"/>
        <w:rPr>
          <w:lang w:val="sv-SE"/>
        </w:rPr>
      </w:pPr>
      <w:r w:rsidRPr="00B45881">
        <w:rPr>
          <w:lang w:val="sv-SE"/>
        </w:rPr>
        <w:t>Underskrift: _________________________________________________________</w:t>
      </w:r>
    </w:p>
    <w:p w14:paraId="50416FEA" w14:textId="77777777" w:rsidR="00CB7E60" w:rsidRDefault="00365F86">
      <w:pPr>
        <w:keepNext/>
        <w:spacing w:before="20" w:after="40" w:line="245" w:lineRule="auto"/>
        <w:rPr>
          <w:lang w:val="sv-SE"/>
        </w:rPr>
      </w:pPr>
      <w:r w:rsidRPr="00B45881">
        <w:rPr>
          <w:lang w:val="sv-SE"/>
        </w:rPr>
        <w:t>Intyg</w:t>
      </w:r>
    </w:p>
    <w:p w14:paraId="482B4A08" w14:textId="77777777" w:rsidR="00B45881" w:rsidRPr="00B45881" w:rsidRDefault="00B45881">
      <w:pPr>
        <w:keepNext/>
        <w:spacing w:before="20" w:after="40" w:line="245" w:lineRule="auto"/>
        <w:rPr>
          <w:lang w:val="sv-SE"/>
        </w:rPr>
      </w:pPr>
    </w:p>
    <w:p w14:paraId="796F3CF2" w14:textId="77777777" w:rsidR="00CB7E60" w:rsidRPr="00EE22DF" w:rsidRDefault="00365F86">
      <w:pPr>
        <w:spacing w:after="120" w:line="245" w:lineRule="auto"/>
        <w:rPr>
          <w:lang w:val="sv-SE"/>
        </w:rPr>
      </w:pPr>
      <w:r w:rsidRPr="00EE22DF">
        <w:rPr>
          <w:sz w:val="21"/>
          <w:lang w:val="sv-SE"/>
        </w:rPr>
        <w:t xml:space="preserve">☐  </w:t>
      </w:r>
      <w:r w:rsidRPr="00EE22DF">
        <w:rPr>
          <w:lang w:val="sv-SE"/>
        </w:rPr>
        <w:t>Jag bekräftar att jag har tagit del av SFM:s hantering av personuppgifter, stadgar och yrkesetiska riktlinjer, vilka finns tillgängliga på www.sfm.se.</w:t>
      </w:r>
    </w:p>
    <w:p w14:paraId="1B931CAD" w14:textId="77777777" w:rsidR="00992D1E" w:rsidRDefault="00992D1E">
      <w:pPr>
        <w:keepNext/>
        <w:spacing w:before="20" w:after="40" w:line="245" w:lineRule="auto"/>
        <w:rPr>
          <w:b/>
          <w:color w:val="0E4673"/>
          <w:sz w:val="24"/>
          <w:lang w:val="sv-SE"/>
        </w:rPr>
      </w:pPr>
    </w:p>
    <w:p w14:paraId="3B82010E" w14:textId="0320C786" w:rsidR="00CB7E60" w:rsidRPr="00EE22DF" w:rsidRDefault="00365F86">
      <w:pPr>
        <w:keepNext/>
        <w:spacing w:before="20" w:after="40" w:line="245" w:lineRule="auto"/>
        <w:rPr>
          <w:lang w:val="sv-SE"/>
        </w:rPr>
      </w:pPr>
      <w:r w:rsidRPr="00EE22DF">
        <w:rPr>
          <w:b/>
          <w:color w:val="0E4673"/>
          <w:sz w:val="24"/>
          <w:lang w:val="sv-SE"/>
        </w:rPr>
        <w:t>Ort och datum</w:t>
      </w:r>
    </w:p>
    <w:p w14:paraId="056F5AB8" w14:textId="77777777" w:rsidR="00CB7E60" w:rsidRPr="00EE22DF" w:rsidRDefault="00365F86">
      <w:pPr>
        <w:spacing w:after="40" w:line="245" w:lineRule="auto"/>
        <w:rPr>
          <w:lang w:val="sv-SE"/>
        </w:rPr>
      </w:pPr>
      <w:r w:rsidRPr="00EE22DF">
        <w:rPr>
          <w:lang w:val="sv-SE"/>
        </w:rPr>
        <w:t>Ort: ________________________________________________________________</w:t>
      </w:r>
    </w:p>
    <w:p w14:paraId="1BF7F626" w14:textId="77777777" w:rsidR="00CB7E60" w:rsidRPr="00EE22DF" w:rsidRDefault="00365F86">
      <w:pPr>
        <w:spacing w:after="100" w:line="245" w:lineRule="auto"/>
        <w:rPr>
          <w:lang w:val="sv-SE"/>
        </w:rPr>
      </w:pPr>
      <w:r w:rsidRPr="00EE22DF">
        <w:rPr>
          <w:lang w:val="sv-SE"/>
        </w:rPr>
        <w:t>Datum: _____________________________________________________________</w:t>
      </w:r>
    </w:p>
    <w:p w14:paraId="5939BE65" w14:textId="77777777" w:rsidR="00992D1E" w:rsidRPr="0035497D" w:rsidRDefault="00992D1E">
      <w:pPr>
        <w:keepNext/>
        <w:spacing w:before="20" w:after="40" w:line="245" w:lineRule="auto"/>
        <w:rPr>
          <w:b/>
          <w:color w:val="0E4673"/>
          <w:sz w:val="24"/>
          <w:lang w:val="sv-SE"/>
        </w:rPr>
      </w:pPr>
    </w:p>
    <w:p w14:paraId="12AAD737" w14:textId="75BFC6C7" w:rsidR="00CB7E60" w:rsidRDefault="00365F86">
      <w:pPr>
        <w:keepNext/>
        <w:spacing w:before="20" w:after="40" w:line="245" w:lineRule="auto"/>
      </w:pPr>
      <w:proofErr w:type="spellStart"/>
      <w:r>
        <w:rPr>
          <w:b/>
          <w:color w:val="0E4673"/>
          <w:sz w:val="24"/>
        </w:rPr>
        <w:t>Underskrift</w:t>
      </w:r>
      <w:proofErr w:type="spellEnd"/>
    </w:p>
    <w:p w14:paraId="3F0F106E" w14:textId="77777777" w:rsidR="00CB7E60" w:rsidRDefault="00365F86">
      <w:pPr>
        <w:spacing w:after="60" w:line="245" w:lineRule="auto"/>
      </w:pPr>
      <w:r>
        <w:t>Underskrift: _____________________________________________________</w:t>
      </w:r>
    </w:p>
    <w:p w14:paraId="3FF60F52" w14:textId="77777777" w:rsidR="00CB7E60" w:rsidRDefault="00365F86">
      <w:pPr>
        <w:spacing w:after="40" w:line="245" w:lineRule="auto"/>
      </w:pPr>
      <w:r>
        <w:t>Namnförtydligande: ____________________________________________</w:t>
      </w:r>
    </w:p>
    <w:sectPr w:rsidR="00CB7E60" w:rsidSect="00034616">
      <w:headerReference w:type="default" r:id="rId11"/>
      <w:footerReference w:type="default" r:id="rId12"/>
      <w:pgSz w:w="12240" w:h="15840"/>
      <w:pgMar w:top="893" w:right="1037" w:bottom="792" w:left="10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FACBB" w14:textId="77777777" w:rsidR="002832FD" w:rsidRDefault="002832FD">
      <w:pPr>
        <w:spacing w:after="0" w:line="240" w:lineRule="auto"/>
      </w:pPr>
      <w:r>
        <w:separator/>
      </w:r>
    </w:p>
  </w:endnote>
  <w:endnote w:type="continuationSeparator" w:id="0">
    <w:p w14:paraId="608B6721" w14:textId="77777777" w:rsidR="002832FD" w:rsidRDefault="00283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EB2D6" w14:textId="77777777" w:rsidR="00CB7E60" w:rsidRDefault="00365F86">
    <w:pPr>
      <w:pStyle w:val="Sidfot"/>
      <w:jc w:val="right"/>
    </w:pPr>
    <w:proofErr w:type="spellStart"/>
    <w:r>
      <w:rPr>
        <w:color w:val="5F5F5F"/>
        <w:sz w:val="16"/>
      </w:rPr>
      <w:t>Backupblankett</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0B15D" w14:textId="77777777" w:rsidR="002832FD" w:rsidRDefault="002832FD">
      <w:pPr>
        <w:spacing w:after="0" w:line="240" w:lineRule="auto"/>
      </w:pPr>
      <w:r>
        <w:separator/>
      </w:r>
    </w:p>
  </w:footnote>
  <w:footnote w:type="continuationSeparator" w:id="0">
    <w:p w14:paraId="309DC9CC" w14:textId="77777777" w:rsidR="002832FD" w:rsidRDefault="002832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7C3D0" w14:textId="77777777" w:rsidR="00CB7E60" w:rsidRDefault="00365F86">
    <w:pPr>
      <w:pStyle w:val="Sidhuvud"/>
    </w:pPr>
    <w:r>
      <w:rPr>
        <w:noProof/>
      </w:rPr>
      <w:drawing>
        <wp:inline distT="0" distB="0" distL="0" distR="0" wp14:anchorId="46FF77B2" wp14:editId="519FB284">
          <wp:extent cx="2057400" cy="5060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6857e7-0d41-4d14-8c75-663a4eda9e4c.png"/>
                  <pic:cNvPicPr/>
                </pic:nvPicPr>
                <pic:blipFill>
                  <a:blip r:embed="rId1"/>
                  <a:stretch>
                    <a:fillRect/>
                  </a:stretch>
                </pic:blipFill>
                <pic:spPr>
                  <a:xfrm>
                    <a:off x="0" y="0"/>
                    <a:ext cx="2057400" cy="5060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reradlist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reradlist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ktlist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ktlist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reradlist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ktlista"/>
      <w:lvlText w:val=""/>
      <w:lvlJc w:val="left"/>
      <w:pPr>
        <w:tabs>
          <w:tab w:val="num" w:pos="360"/>
        </w:tabs>
        <w:ind w:left="360" w:hanging="360"/>
      </w:pPr>
      <w:rPr>
        <w:rFonts w:ascii="Symbol" w:hAnsi="Symbol" w:hint="default"/>
      </w:rPr>
    </w:lvl>
  </w:abstractNum>
  <w:abstractNum w:abstractNumId="9" w15:restartNumberingAfterBreak="0">
    <w:nsid w:val="1C522EBD"/>
    <w:multiLevelType w:val="multilevel"/>
    <w:tmpl w:val="6ECCF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9E66A0"/>
    <w:multiLevelType w:val="hybridMultilevel"/>
    <w:tmpl w:val="381C0B18"/>
    <w:lvl w:ilvl="0" w:tplc="041D0001">
      <w:start w:val="1"/>
      <w:numFmt w:val="bullet"/>
      <w:lvlText w:val=""/>
      <w:lvlJc w:val="left"/>
      <w:pPr>
        <w:tabs>
          <w:tab w:val="num" w:pos="1440"/>
        </w:tabs>
        <w:ind w:left="1440" w:hanging="360"/>
      </w:pPr>
      <w:rPr>
        <w:rFonts w:ascii="Symbol" w:hAnsi="Symbol" w:hint="default"/>
      </w:rPr>
    </w:lvl>
    <w:lvl w:ilvl="1" w:tplc="041D0003">
      <w:start w:val="1"/>
      <w:numFmt w:val="bullet"/>
      <w:lvlText w:val="o"/>
      <w:lvlJc w:val="left"/>
      <w:pPr>
        <w:tabs>
          <w:tab w:val="num" w:pos="2160"/>
        </w:tabs>
        <w:ind w:left="2160" w:hanging="360"/>
      </w:pPr>
      <w:rPr>
        <w:rFonts w:ascii="Courier New" w:hAnsi="Courier New" w:hint="default"/>
      </w:rPr>
    </w:lvl>
    <w:lvl w:ilvl="2" w:tplc="041D0005" w:tentative="1">
      <w:start w:val="1"/>
      <w:numFmt w:val="bullet"/>
      <w:lvlText w:val=""/>
      <w:lvlJc w:val="left"/>
      <w:pPr>
        <w:tabs>
          <w:tab w:val="num" w:pos="2880"/>
        </w:tabs>
        <w:ind w:left="2880" w:hanging="360"/>
      </w:pPr>
      <w:rPr>
        <w:rFonts w:ascii="Wingdings" w:hAnsi="Wingdings" w:hint="default"/>
      </w:rPr>
    </w:lvl>
    <w:lvl w:ilvl="3" w:tplc="041D0001" w:tentative="1">
      <w:start w:val="1"/>
      <w:numFmt w:val="bullet"/>
      <w:lvlText w:val=""/>
      <w:lvlJc w:val="left"/>
      <w:pPr>
        <w:tabs>
          <w:tab w:val="num" w:pos="3600"/>
        </w:tabs>
        <w:ind w:left="3600" w:hanging="360"/>
      </w:pPr>
      <w:rPr>
        <w:rFonts w:ascii="Symbol" w:hAnsi="Symbol" w:hint="default"/>
      </w:rPr>
    </w:lvl>
    <w:lvl w:ilvl="4" w:tplc="041D0003" w:tentative="1">
      <w:start w:val="1"/>
      <w:numFmt w:val="bullet"/>
      <w:lvlText w:val="o"/>
      <w:lvlJc w:val="left"/>
      <w:pPr>
        <w:tabs>
          <w:tab w:val="num" w:pos="4320"/>
        </w:tabs>
        <w:ind w:left="4320" w:hanging="360"/>
      </w:pPr>
      <w:rPr>
        <w:rFonts w:ascii="Courier New" w:hAnsi="Courier New" w:hint="default"/>
      </w:rPr>
    </w:lvl>
    <w:lvl w:ilvl="5" w:tplc="041D0005" w:tentative="1">
      <w:start w:val="1"/>
      <w:numFmt w:val="bullet"/>
      <w:lvlText w:val=""/>
      <w:lvlJc w:val="left"/>
      <w:pPr>
        <w:tabs>
          <w:tab w:val="num" w:pos="5040"/>
        </w:tabs>
        <w:ind w:left="5040" w:hanging="360"/>
      </w:pPr>
      <w:rPr>
        <w:rFonts w:ascii="Wingdings" w:hAnsi="Wingdings" w:hint="default"/>
      </w:rPr>
    </w:lvl>
    <w:lvl w:ilvl="6" w:tplc="041D0001" w:tentative="1">
      <w:start w:val="1"/>
      <w:numFmt w:val="bullet"/>
      <w:lvlText w:val=""/>
      <w:lvlJc w:val="left"/>
      <w:pPr>
        <w:tabs>
          <w:tab w:val="num" w:pos="5760"/>
        </w:tabs>
        <w:ind w:left="5760" w:hanging="360"/>
      </w:pPr>
      <w:rPr>
        <w:rFonts w:ascii="Symbol" w:hAnsi="Symbol" w:hint="default"/>
      </w:rPr>
    </w:lvl>
    <w:lvl w:ilvl="7" w:tplc="041D0003" w:tentative="1">
      <w:start w:val="1"/>
      <w:numFmt w:val="bullet"/>
      <w:lvlText w:val="o"/>
      <w:lvlJc w:val="left"/>
      <w:pPr>
        <w:tabs>
          <w:tab w:val="num" w:pos="6480"/>
        </w:tabs>
        <w:ind w:left="6480" w:hanging="360"/>
      </w:pPr>
      <w:rPr>
        <w:rFonts w:ascii="Courier New" w:hAnsi="Courier New" w:hint="default"/>
      </w:rPr>
    </w:lvl>
    <w:lvl w:ilvl="8" w:tplc="041D0005" w:tentative="1">
      <w:start w:val="1"/>
      <w:numFmt w:val="bullet"/>
      <w:lvlText w:val=""/>
      <w:lvlJc w:val="left"/>
      <w:pPr>
        <w:tabs>
          <w:tab w:val="num" w:pos="7200"/>
        </w:tabs>
        <w:ind w:left="7200" w:hanging="360"/>
      </w:pPr>
      <w:rPr>
        <w:rFonts w:ascii="Wingdings" w:hAnsi="Wingdings" w:hint="default"/>
      </w:rPr>
    </w:lvl>
  </w:abstractNum>
  <w:num w:numId="1" w16cid:durableId="928463010">
    <w:abstractNumId w:val="8"/>
  </w:num>
  <w:num w:numId="2" w16cid:durableId="659889527">
    <w:abstractNumId w:val="6"/>
  </w:num>
  <w:num w:numId="3" w16cid:durableId="694233675">
    <w:abstractNumId w:val="5"/>
  </w:num>
  <w:num w:numId="4" w16cid:durableId="1803384306">
    <w:abstractNumId w:val="4"/>
  </w:num>
  <w:num w:numId="5" w16cid:durableId="2111968479">
    <w:abstractNumId w:val="7"/>
  </w:num>
  <w:num w:numId="6" w16cid:durableId="381296314">
    <w:abstractNumId w:val="3"/>
  </w:num>
  <w:num w:numId="7" w16cid:durableId="1489132024">
    <w:abstractNumId w:val="2"/>
  </w:num>
  <w:num w:numId="8" w16cid:durableId="1882211120">
    <w:abstractNumId w:val="1"/>
  </w:num>
  <w:num w:numId="9" w16cid:durableId="666179">
    <w:abstractNumId w:val="0"/>
  </w:num>
  <w:num w:numId="10" w16cid:durableId="1834638737">
    <w:abstractNumId w:val="9"/>
  </w:num>
  <w:num w:numId="11" w16cid:durableId="19145799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C1BE4"/>
    <w:rsid w:val="002832FD"/>
    <w:rsid w:val="0029639D"/>
    <w:rsid w:val="00326F90"/>
    <w:rsid w:val="0035497D"/>
    <w:rsid w:val="00365F86"/>
    <w:rsid w:val="006C484A"/>
    <w:rsid w:val="00714126"/>
    <w:rsid w:val="00992D1E"/>
    <w:rsid w:val="00AA1D8D"/>
    <w:rsid w:val="00B45881"/>
    <w:rsid w:val="00B47730"/>
    <w:rsid w:val="00CA50F7"/>
    <w:rsid w:val="00CB0664"/>
    <w:rsid w:val="00CB7E60"/>
    <w:rsid w:val="00EE22D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5BFE07"/>
  <w14:defaultImageDpi w14:val="300"/>
  <w15:docId w15:val="{1E959219-5049-4DFA-9886-88E0D4A13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20"/>
    </w:rPr>
  </w:style>
  <w:style w:type="paragraph" w:styleId="Rubrik1">
    <w:name w:val="heading 1"/>
    <w:basedOn w:val="Normal"/>
    <w:next w:val="Normal"/>
    <w:link w:val="Rubri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Rubrik4">
    <w:name w:val="heading 4"/>
    <w:basedOn w:val="Normal"/>
    <w:next w:val="Normal"/>
    <w:link w:val="Rubri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Rubrik5">
    <w:name w:val="heading 5"/>
    <w:basedOn w:val="Normal"/>
    <w:next w:val="Normal"/>
    <w:link w:val="Rubri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Rubrik6">
    <w:name w:val="heading 6"/>
    <w:basedOn w:val="Normal"/>
    <w:next w:val="Normal"/>
    <w:link w:val="Rubri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Rubrik7">
    <w:name w:val="heading 7"/>
    <w:basedOn w:val="Normal"/>
    <w:next w:val="Normal"/>
    <w:link w:val="Rubri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Rubrik9">
    <w:name w:val="heading 9"/>
    <w:basedOn w:val="Normal"/>
    <w:next w:val="Normal"/>
    <w:link w:val="Rubri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E618BF"/>
    <w:pPr>
      <w:tabs>
        <w:tab w:val="center" w:pos="4680"/>
        <w:tab w:val="right" w:pos="9360"/>
      </w:tabs>
      <w:spacing w:after="0" w:line="240" w:lineRule="auto"/>
    </w:pPr>
  </w:style>
  <w:style w:type="character" w:customStyle="1" w:styleId="SidhuvudChar">
    <w:name w:val="Sidhuvud Char"/>
    <w:basedOn w:val="Standardstycketeckensnitt"/>
    <w:link w:val="Sidhuvud"/>
    <w:uiPriority w:val="99"/>
    <w:rsid w:val="00E618BF"/>
  </w:style>
  <w:style w:type="paragraph" w:styleId="Sidfot">
    <w:name w:val="footer"/>
    <w:basedOn w:val="Normal"/>
    <w:link w:val="SidfotChar"/>
    <w:uiPriority w:val="99"/>
    <w:unhideWhenUsed/>
    <w:rsid w:val="00E618BF"/>
    <w:pPr>
      <w:tabs>
        <w:tab w:val="center" w:pos="4680"/>
        <w:tab w:val="right" w:pos="9360"/>
      </w:tabs>
      <w:spacing w:after="0" w:line="240" w:lineRule="auto"/>
    </w:pPr>
  </w:style>
  <w:style w:type="character" w:customStyle="1" w:styleId="SidfotChar">
    <w:name w:val="Sidfot Char"/>
    <w:basedOn w:val="Standardstycketeckensnitt"/>
    <w:link w:val="Sidfot"/>
    <w:uiPriority w:val="99"/>
    <w:rsid w:val="00E618BF"/>
  </w:style>
  <w:style w:type="paragraph" w:styleId="Ingetavstnd">
    <w:name w:val="No Spacing"/>
    <w:uiPriority w:val="1"/>
    <w:qFormat/>
    <w:rsid w:val="00FC693F"/>
    <w:pPr>
      <w:spacing w:after="0" w:line="240" w:lineRule="auto"/>
    </w:pPr>
  </w:style>
  <w:style w:type="character" w:customStyle="1" w:styleId="Rubrik1Char">
    <w:name w:val="Rubrik 1 Char"/>
    <w:basedOn w:val="Standardstycketeckensnitt"/>
    <w:link w:val="Rubri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FC693F"/>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rsid w:val="00FC693F"/>
    <w:rPr>
      <w:rFonts w:asciiTheme="majorHAnsi" w:eastAsiaTheme="majorEastAsia" w:hAnsiTheme="majorHAnsi" w:cstheme="majorBidi"/>
      <w:b/>
      <w:bCs/>
      <w:color w:val="4F81BD" w:themeColor="accent1"/>
    </w:rPr>
  </w:style>
  <w:style w:type="paragraph" w:styleId="Rubrik">
    <w:name w:val="Title"/>
    <w:basedOn w:val="Normal"/>
    <w:next w:val="Normal"/>
    <w:link w:val="Rubrik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derrubrik">
    <w:name w:val="Subtitle"/>
    <w:basedOn w:val="Normal"/>
    <w:next w:val="Normal"/>
    <w:link w:val="Underrubrik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FC693F"/>
    <w:rPr>
      <w:rFonts w:asciiTheme="majorHAnsi" w:eastAsiaTheme="majorEastAsia" w:hAnsiTheme="majorHAnsi" w:cstheme="majorBidi"/>
      <w:i/>
      <w:iCs/>
      <w:color w:val="4F81BD" w:themeColor="accent1"/>
      <w:spacing w:val="15"/>
      <w:sz w:val="24"/>
      <w:szCs w:val="24"/>
    </w:rPr>
  </w:style>
  <w:style w:type="paragraph" w:styleId="Liststycke">
    <w:name w:val="List Paragraph"/>
    <w:basedOn w:val="Normal"/>
    <w:uiPriority w:val="34"/>
    <w:qFormat/>
    <w:rsid w:val="00FC693F"/>
    <w:pPr>
      <w:ind w:left="720"/>
      <w:contextualSpacing/>
    </w:pPr>
  </w:style>
  <w:style w:type="paragraph" w:styleId="Brdtext">
    <w:name w:val="Body Text"/>
    <w:basedOn w:val="Normal"/>
    <w:link w:val="BrdtextChar"/>
    <w:uiPriority w:val="99"/>
    <w:unhideWhenUsed/>
    <w:rsid w:val="00AA1D8D"/>
    <w:pPr>
      <w:spacing w:after="120"/>
    </w:pPr>
  </w:style>
  <w:style w:type="character" w:customStyle="1" w:styleId="BrdtextChar">
    <w:name w:val="Brödtext Char"/>
    <w:basedOn w:val="Standardstycketeckensnitt"/>
    <w:link w:val="Brdtext"/>
    <w:uiPriority w:val="99"/>
    <w:rsid w:val="00AA1D8D"/>
  </w:style>
  <w:style w:type="paragraph" w:styleId="Brdtext2">
    <w:name w:val="Body Text 2"/>
    <w:basedOn w:val="Normal"/>
    <w:link w:val="Brdtext2Char"/>
    <w:uiPriority w:val="99"/>
    <w:unhideWhenUsed/>
    <w:rsid w:val="00AA1D8D"/>
    <w:pPr>
      <w:spacing w:after="120" w:line="480" w:lineRule="auto"/>
    </w:pPr>
  </w:style>
  <w:style w:type="character" w:customStyle="1" w:styleId="Brdtext2Char">
    <w:name w:val="Brödtext 2 Char"/>
    <w:basedOn w:val="Standardstycketeckensnitt"/>
    <w:link w:val="Brdtext2"/>
    <w:uiPriority w:val="99"/>
    <w:rsid w:val="00AA1D8D"/>
  </w:style>
  <w:style w:type="paragraph" w:styleId="Brdtext3">
    <w:name w:val="Body Text 3"/>
    <w:basedOn w:val="Normal"/>
    <w:link w:val="Brdtext3Char"/>
    <w:uiPriority w:val="99"/>
    <w:unhideWhenUsed/>
    <w:rsid w:val="00AA1D8D"/>
    <w:pPr>
      <w:spacing w:after="120"/>
    </w:pPr>
    <w:rPr>
      <w:sz w:val="16"/>
      <w:szCs w:val="16"/>
    </w:rPr>
  </w:style>
  <w:style w:type="character" w:customStyle="1" w:styleId="Brdtext3Char">
    <w:name w:val="Brödtext 3 Char"/>
    <w:basedOn w:val="Standardstycketeckensnitt"/>
    <w:link w:val="Brdtext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Punktlista">
    <w:name w:val="List Bullet"/>
    <w:basedOn w:val="Normal"/>
    <w:uiPriority w:val="99"/>
    <w:unhideWhenUsed/>
    <w:rsid w:val="00326F90"/>
    <w:pPr>
      <w:numPr>
        <w:numId w:val="1"/>
      </w:numPr>
      <w:contextualSpacing/>
    </w:pPr>
  </w:style>
  <w:style w:type="paragraph" w:styleId="Punktlista2">
    <w:name w:val="List Bullet 2"/>
    <w:basedOn w:val="Normal"/>
    <w:uiPriority w:val="99"/>
    <w:unhideWhenUsed/>
    <w:rsid w:val="00326F90"/>
    <w:pPr>
      <w:numPr>
        <w:numId w:val="2"/>
      </w:numPr>
      <w:contextualSpacing/>
    </w:pPr>
  </w:style>
  <w:style w:type="paragraph" w:styleId="Punktlista3">
    <w:name w:val="List Bullet 3"/>
    <w:basedOn w:val="Normal"/>
    <w:uiPriority w:val="99"/>
    <w:unhideWhenUsed/>
    <w:rsid w:val="00326F90"/>
    <w:pPr>
      <w:numPr>
        <w:numId w:val="3"/>
      </w:numPr>
      <w:contextualSpacing/>
    </w:pPr>
  </w:style>
  <w:style w:type="paragraph" w:styleId="Numreradlista">
    <w:name w:val="List Number"/>
    <w:basedOn w:val="Normal"/>
    <w:uiPriority w:val="99"/>
    <w:unhideWhenUsed/>
    <w:rsid w:val="00326F90"/>
    <w:pPr>
      <w:numPr>
        <w:numId w:val="5"/>
      </w:numPr>
      <w:contextualSpacing/>
    </w:pPr>
  </w:style>
  <w:style w:type="paragraph" w:styleId="Numreradlista2">
    <w:name w:val="List Number 2"/>
    <w:basedOn w:val="Normal"/>
    <w:uiPriority w:val="99"/>
    <w:unhideWhenUsed/>
    <w:rsid w:val="0029639D"/>
    <w:pPr>
      <w:numPr>
        <w:numId w:val="6"/>
      </w:numPr>
      <w:contextualSpacing/>
    </w:pPr>
  </w:style>
  <w:style w:type="paragraph" w:styleId="Numreradlista3">
    <w:name w:val="List Number 3"/>
    <w:basedOn w:val="Normal"/>
    <w:uiPriority w:val="99"/>
    <w:unhideWhenUsed/>
    <w:rsid w:val="0029639D"/>
    <w:pPr>
      <w:numPr>
        <w:numId w:val="7"/>
      </w:numPr>
      <w:contextualSpacing/>
    </w:pPr>
  </w:style>
  <w:style w:type="paragraph" w:styleId="Listafortstt">
    <w:name w:val="List Continue"/>
    <w:basedOn w:val="Normal"/>
    <w:uiPriority w:val="99"/>
    <w:unhideWhenUsed/>
    <w:rsid w:val="0029639D"/>
    <w:pPr>
      <w:spacing w:after="120"/>
      <w:ind w:left="360"/>
      <w:contextualSpacing/>
    </w:pPr>
  </w:style>
  <w:style w:type="paragraph" w:styleId="Listafortstt2">
    <w:name w:val="List Continue 2"/>
    <w:basedOn w:val="Normal"/>
    <w:uiPriority w:val="99"/>
    <w:unhideWhenUsed/>
    <w:rsid w:val="0029639D"/>
    <w:pPr>
      <w:spacing w:after="120"/>
      <w:ind w:left="720"/>
      <w:contextualSpacing/>
    </w:pPr>
  </w:style>
  <w:style w:type="paragraph" w:styleId="Listafortstt3">
    <w:name w:val="List Continue 3"/>
    <w:basedOn w:val="Normal"/>
    <w:uiPriority w:val="99"/>
    <w:unhideWhenUsed/>
    <w:rsid w:val="0029639D"/>
    <w:pPr>
      <w:spacing w:after="120"/>
      <w:ind w:left="1080"/>
      <w:contextualSpacing/>
    </w:pPr>
  </w:style>
  <w:style w:type="paragraph" w:styleId="Makrotext">
    <w:name w:val="macro"/>
    <w:link w:val="Mak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Char">
    <w:name w:val="Makrotext Char"/>
    <w:basedOn w:val="Standardstycketeckensnitt"/>
    <w:link w:val="Makrotext"/>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Standardstycketeckensnitt"/>
    <w:link w:val="Citat"/>
    <w:uiPriority w:val="29"/>
    <w:rsid w:val="00FC693F"/>
    <w:rPr>
      <w:i/>
      <w:iCs/>
      <w:color w:val="000000" w:themeColor="text1"/>
    </w:rPr>
  </w:style>
  <w:style w:type="character" w:customStyle="1" w:styleId="Rubrik4Char">
    <w:name w:val="Rubrik 4 Char"/>
    <w:basedOn w:val="Standardstycketeckensnitt"/>
    <w:link w:val="Rubrik4"/>
    <w:uiPriority w:val="9"/>
    <w:semiHidden/>
    <w:rsid w:val="00FC693F"/>
    <w:rPr>
      <w:rFonts w:asciiTheme="majorHAnsi" w:eastAsiaTheme="majorEastAsia" w:hAnsiTheme="majorHAnsi" w:cstheme="majorBidi"/>
      <w:b/>
      <w:bCs/>
      <w:i/>
      <w:iCs/>
      <w:color w:val="4F81BD" w:themeColor="accent1"/>
    </w:rPr>
  </w:style>
  <w:style w:type="character" w:customStyle="1" w:styleId="Rubrik5Char">
    <w:name w:val="Rubrik 5 Char"/>
    <w:basedOn w:val="Standardstycketeckensnitt"/>
    <w:link w:val="Rubrik5"/>
    <w:uiPriority w:val="9"/>
    <w:semiHidden/>
    <w:rsid w:val="00FC693F"/>
    <w:rPr>
      <w:rFonts w:asciiTheme="majorHAnsi" w:eastAsiaTheme="majorEastAsia" w:hAnsiTheme="majorHAnsi" w:cstheme="majorBidi"/>
      <w:color w:val="243F60" w:themeColor="accent1" w:themeShade="7F"/>
    </w:rPr>
  </w:style>
  <w:style w:type="character" w:customStyle="1" w:styleId="Rubrik6Char">
    <w:name w:val="Rubrik 6 Char"/>
    <w:basedOn w:val="Standardstycketeckensnitt"/>
    <w:link w:val="Rubrik6"/>
    <w:uiPriority w:val="9"/>
    <w:semiHidden/>
    <w:rsid w:val="00FC693F"/>
    <w:rPr>
      <w:rFonts w:asciiTheme="majorHAnsi" w:eastAsiaTheme="majorEastAsia" w:hAnsiTheme="majorHAnsi" w:cstheme="majorBidi"/>
      <w:i/>
      <w:iCs/>
      <w:color w:val="243F60" w:themeColor="accent1" w:themeShade="7F"/>
    </w:rPr>
  </w:style>
  <w:style w:type="character" w:customStyle="1" w:styleId="Rubrik7Char">
    <w:name w:val="Rubrik 7 Char"/>
    <w:basedOn w:val="Standardstycketeckensnitt"/>
    <w:link w:val="Rubrik7"/>
    <w:uiPriority w:val="9"/>
    <w:semiHidden/>
    <w:rsid w:val="00FC693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C693F"/>
    <w:rPr>
      <w:rFonts w:asciiTheme="majorHAnsi" w:eastAsiaTheme="majorEastAsia" w:hAnsiTheme="majorHAnsi" w:cstheme="majorBidi"/>
      <w:color w:val="4F81BD" w:themeColor="accent1"/>
      <w:sz w:val="20"/>
      <w:szCs w:val="20"/>
    </w:rPr>
  </w:style>
  <w:style w:type="character" w:customStyle="1" w:styleId="Rubrik9Char">
    <w:name w:val="Rubrik 9 Char"/>
    <w:basedOn w:val="Standardstycketeckensnitt"/>
    <w:link w:val="Rubrik9"/>
    <w:uiPriority w:val="9"/>
    <w:semiHidden/>
    <w:rsid w:val="00FC693F"/>
    <w:rPr>
      <w:rFonts w:asciiTheme="majorHAnsi" w:eastAsiaTheme="majorEastAsia" w:hAnsiTheme="majorHAnsi" w:cstheme="majorBidi"/>
      <w:i/>
      <w:iCs/>
      <w:color w:val="404040" w:themeColor="text1" w:themeTint="BF"/>
      <w:sz w:val="20"/>
      <w:szCs w:val="20"/>
    </w:rPr>
  </w:style>
  <w:style w:type="paragraph" w:styleId="Beskrivning">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ark">
    <w:name w:val="Strong"/>
    <w:basedOn w:val="Standardstycketeckensnitt"/>
    <w:uiPriority w:val="22"/>
    <w:qFormat/>
    <w:rsid w:val="00FC693F"/>
    <w:rPr>
      <w:b/>
      <w:bCs/>
    </w:rPr>
  </w:style>
  <w:style w:type="character" w:styleId="Betoning">
    <w:name w:val="Emphasis"/>
    <w:basedOn w:val="Standardstycketeckensnitt"/>
    <w:uiPriority w:val="20"/>
    <w:qFormat/>
    <w:rsid w:val="00FC693F"/>
    <w:rPr>
      <w:i/>
      <w:iCs/>
    </w:rPr>
  </w:style>
  <w:style w:type="paragraph" w:styleId="Starktcitat">
    <w:name w:val="Intense Quote"/>
    <w:basedOn w:val="Normal"/>
    <w:next w:val="Normal"/>
    <w:link w:val="Starkt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tarktcitatChar">
    <w:name w:val="Starkt citat Char"/>
    <w:basedOn w:val="Standardstycketeckensnitt"/>
    <w:link w:val="Starktcitat"/>
    <w:uiPriority w:val="30"/>
    <w:rsid w:val="00FC693F"/>
    <w:rPr>
      <w:b/>
      <w:bCs/>
      <w:i/>
      <w:iCs/>
      <w:color w:val="4F81BD" w:themeColor="accent1"/>
    </w:rPr>
  </w:style>
  <w:style w:type="character" w:styleId="Diskretbetoning">
    <w:name w:val="Subtle Emphasis"/>
    <w:basedOn w:val="Standardstycketeckensnitt"/>
    <w:uiPriority w:val="19"/>
    <w:qFormat/>
    <w:rsid w:val="00FC693F"/>
    <w:rPr>
      <w:i/>
      <w:iCs/>
      <w:color w:val="808080" w:themeColor="text1" w:themeTint="7F"/>
    </w:rPr>
  </w:style>
  <w:style w:type="character" w:styleId="Starkbetoning">
    <w:name w:val="Intense Emphasis"/>
    <w:basedOn w:val="Standardstycketeckensnitt"/>
    <w:uiPriority w:val="21"/>
    <w:qFormat/>
    <w:rsid w:val="00FC693F"/>
    <w:rPr>
      <w:b/>
      <w:bCs/>
      <w:i/>
      <w:iCs/>
      <w:color w:val="4F81BD" w:themeColor="accent1"/>
    </w:rPr>
  </w:style>
  <w:style w:type="character" w:styleId="Diskretreferens">
    <w:name w:val="Subtle Reference"/>
    <w:basedOn w:val="Standardstycketeckensnitt"/>
    <w:uiPriority w:val="31"/>
    <w:qFormat/>
    <w:rsid w:val="00FC693F"/>
    <w:rPr>
      <w:smallCaps/>
      <w:color w:val="C0504D" w:themeColor="accent2"/>
      <w:u w:val="single"/>
    </w:rPr>
  </w:style>
  <w:style w:type="character" w:styleId="Starkreferens">
    <w:name w:val="Intense Reference"/>
    <w:basedOn w:val="Standardstycketeckensnitt"/>
    <w:uiPriority w:val="32"/>
    <w:qFormat/>
    <w:rsid w:val="00FC693F"/>
    <w:rPr>
      <w:b/>
      <w:bCs/>
      <w:smallCaps/>
      <w:color w:val="C0504D" w:themeColor="accent2"/>
      <w:spacing w:val="5"/>
      <w:u w:val="single"/>
    </w:rPr>
  </w:style>
  <w:style w:type="character" w:styleId="Bokenstitel">
    <w:name w:val="Book Title"/>
    <w:basedOn w:val="Standardstycketeckensnitt"/>
    <w:uiPriority w:val="33"/>
    <w:qFormat/>
    <w:rsid w:val="00FC693F"/>
    <w:rPr>
      <w:b/>
      <w:bCs/>
      <w:smallCaps/>
      <w:spacing w:val="5"/>
    </w:rPr>
  </w:style>
  <w:style w:type="paragraph" w:styleId="Innehllsfrteckningsrubrik">
    <w:name w:val="TOC Heading"/>
    <w:basedOn w:val="Rubrik1"/>
    <w:next w:val="Normal"/>
    <w:uiPriority w:val="39"/>
    <w:semiHidden/>
    <w:unhideWhenUsed/>
    <w:qFormat/>
    <w:rsid w:val="00FC693F"/>
    <w:pPr>
      <w:outlineLvl w:val="9"/>
    </w:pPr>
  </w:style>
  <w:style w:type="table" w:styleId="Tabellrutnt">
    <w:name w:val="Table Grid"/>
    <w:basedOn w:val="Normaltabel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skuggning">
    <w:name w:val="Light Shading"/>
    <w:basedOn w:val="Normaltabel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jusskuggning-dekorfrg2">
    <w:name w:val="Light Shading Accent 2"/>
    <w:basedOn w:val="Normaltabel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jusskuggning-dekorfrg3">
    <w:name w:val="Light Shading Accent 3"/>
    <w:basedOn w:val="Normaltabel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jusskuggning-dekorfrg4">
    <w:name w:val="Light Shading Accent 4"/>
    <w:basedOn w:val="Normaltabel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jusskuggning-dekorfrg5">
    <w:name w:val="Light Shading Accent 5"/>
    <w:basedOn w:val="Normaltabel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jusskuggning-dekorfrg6">
    <w:name w:val="Light Shading Accent 6"/>
    <w:basedOn w:val="Normaltabel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juslista">
    <w:name w:val="Light List"/>
    <w:basedOn w:val="Normaltabel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juslista-dekorfrg2">
    <w:name w:val="Light List Accent 2"/>
    <w:basedOn w:val="Normaltabel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juslista-dekorfrg3">
    <w:name w:val="Light List Accent 3"/>
    <w:basedOn w:val="Normaltabel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juslista-dekorfrg4">
    <w:name w:val="Light List Accent 4"/>
    <w:basedOn w:val="Normaltabel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juslista-dekorfrg5">
    <w:name w:val="Light List Accent 5"/>
    <w:basedOn w:val="Normaltabel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juslista-dekorfrg6">
    <w:name w:val="Light List Accent 6"/>
    <w:basedOn w:val="Normaltabel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justrutnt">
    <w:name w:val="Light Grid"/>
    <w:basedOn w:val="Normaltabel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justrutnt-dekorfrg2">
    <w:name w:val="Light Grid Accent 2"/>
    <w:basedOn w:val="Normaltabel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justrutnt-dekorfrg3">
    <w:name w:val="Light Grid Accent 3"/>
    <w:basedOn w:val="Normaltabel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justrutnt-dekorfrg4">
    <w:name w:val="Light Grid Accent 4"/>
    <w:basedOn w:val="Normaltabel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justrutnt-dekorfrg5">
    <w:name w:val="Light Grid Accent 5"/>
    <w:basedOn w:val="Normaltabel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justrutnt-dekorfrg6">
    <w:name w:val="Light Grid Accent 6"/>
    <w:basedOn w:val="Normaltabel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llanmrkskuggning1">
    <w:name w:val="Medium Shading 1"/>
    <w:basedOn w:val="Normaltabel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lista1">
    <w:name w:val="Medium List 1"/>
    <w:basedOn w:val="Normaltabel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llanmrklista1-dekorfrg2">
    <w:name w:val="Medium List 1 Accent 2"/>
    <w:basedOn w:val="Normaltabel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llanmrklista1-dekorfrg3">
    <w:name w:val="Medium List 1 Accent 3"/>
    <w:basedOn w:val="Normaltabel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llanmrklista1-dekorfrg4">
    <w:name w:val="Medium List 1 Accent 4"/>
    <w:basedOn w:val="Normaltabel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llanmrklista1-dekorfrg5">
    <w:name w:val="Medium List 1 Accent 5"/>
    <w:basedOn w:val="Normaltabel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llanmrklista1-dekorfrg6">
    <w:name w:val="Medium List 1 Accent 6"/>
    <w:basedOn w:val="Normaltabel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llanmrklista2">
    <w:name w:val="Medium List 2"/>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trutnt1">
    <w:name w:val="Medium Grid 1"/>
    <w:basedOn w:val="Normaltabel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llanmrktrutnt1-dekorfrg2">
    <w:name w:val="Medium Grid 1 Accent 2"/>
    <w:basedOn w:val="Normaltabel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llanmrktrutnt1-dekorfrg3">
    <w:name w:val="Medium Grid 1 Accent 3"/>
    <w:basedOn w:val="Normaltabel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llanmrktrutnt1-dekorfrg4">
    <w:name w:val="Medium Grid 1 Accent 4"/>
    <w:basedOn w:val="Normaltabel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llanmrktrutnt1-dekorfrg5">
    <w:name w:val="Medium Grid 1 Accent 5"/>
    <w:basedOn w:val="Normaltabel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llanmrktrutnt1-dekorfrg6">
    <w:name w:val="Medium Grid 1 Accent 6"/>
    <w:basedOn w:val="Normaltabel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llanmrktrutnt2">
    <w:name w:val="Medium Grid 2"/>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llanmrktrutnt3-dekorfrg2">
    <w:name w:val="Medium Grid 3 Accent 2"/>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llanmrktrutnt3-dekorfrg3">
    <w:name w:val="Medium Grid 3 Accent 3"/>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llanmrktrutnt3-dekorfrg4">
    <w:name w:val="Medium Grid 3 Accent 4"/>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llanmrktrutnt3-dekorfrg5">
    <w:name w:val="Medium Grid 3 Accent 5"/>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llanmrktrutnt3-dekorfrg6">
    <w:name w:val="Medium Grid 3 Accent 6"/>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rklista">
    <w:name w:val="Dark List"/>
    <w:basedOn w:val="Normaltabel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a-dekorfrg2">
    <w:name w:val="Dark List Accent 2"/>
    <w:basedOn w:val="Normaltabel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a-dekorfrg3">
    <w:name w:val="Dark List Accent 3"/>
    <w:basedOn w:val="Normaltabel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a-dekorfrg4">
    <w:name w:val="Dark List Accent 4"/>
    <w:basedOn w:val="Normaltabel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a-dekorfrg5">
    <w:name w:val="Dark List Accent 5"/>
    <w:basedOn w:val="Normaltabel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a-dekorfrg6">
    <w:name w:val="Dark List Accent 6"/>
    <w:basedOn w:val="Normaltabel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rgadskuggning">
    <w:name w:val="Colorful Shading"/>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rgadskuggning-dekorfrg4">
    <w:name w:val="Colorful Shading Accent 4"/>
    <w:basedOn w:val="Normaltabel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rgadlista">
    <w:name w:val="Colorful List"/>
    <w:basedOn w:val="Normaltabel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rgadlista-dekorfrg2">
    <w:name w:val="Colorful List Accent 2"/>
    <w:basedOn w:val="Normaltabel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rgadlista-dekorfrg3">
    <w:name w:val="Colorful List Accent 3"/>
    <w:basedOn w:val="Normaltabel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rgadlista-dekorfrg4">
    <w:name w:val="Colorful List Accent 4"/>
    <w:basedOn w:val="Normaltabel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rgadlista-dekorfrg5">
    <w:name w:val="Colorful List Accent 5"/>
    <w:basedOn w:val="Normaltabel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rgadlista-dekorfrg6">
    <w:name w:val="Colorful List Accent 6"/>
    <w:basedOn w:val="Normaltabel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rgatrutnt">
    <w:name w:val="Colorful Grid"/>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rgatrutnt-dekorfrg2">
    <w:name w:val="Colorful Grid Accent 2"/>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rgatrutnt-dekorfrg3">
    <w:name w:val="Colorful Grid Accent 3"/>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rgatrutnt-dekorfrg4">
    <w:name w:val="Colorful Grid Accent 4"/>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rgatrutnt-dekorfrg5">
    <w:name w:val="Colorful Grid Accent 5"/>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rgatrutnt-dekorfrg6">
    <w:name w:val="Colorful Grid Accent 6"/>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d10833a-35a9-4f9f-b2be-6af50641bd56">
      <Terms xmlns="http://schemas.microsoft.com/office/infopath/2007/PartnerControls"/>
    </lcf76f155ced4ddcb4097134ff3c332f>
    <TaxCatchAll xmlns="06c93f85-cd31-4b4a-a11a-b06d1ada916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848875B93BE5940960BD3A3F1735CDE" ma:contentTypeVersion="18" ma:contentTypeDescription="Skapa ett nytt dokument." ma:contentTypeScope="" ma:versionID="e1d396cdc1de8338236c44d727e5193a">
  <xsd:schema xmlns:xsd="http://www.w3.org/2001/XMLSchema" xmlns:xs="http://www.w3.org/2001/XMLSchema" xmlns:p="http://schemas.microsoft.com/office/2006/metadata/properties" xmlns:ns2="4d10833a-35a9-4f9f-b2be-6af50641bd56" xmlns:ns3="06c93f85-cd31-4b4a-a11a-b06d1ada9167" targetNamespace="http://schemas.microsoft.com/office/2006/metadata/properties" ma:root="true" ma:fieldsID="a4b73aaa3598391dd5fe5875c3b08c2f" ns2:_="" ns3:_="">
    <xsd:import namespace="4d10833a-35a9-4f9f-b2be-6af50641bd56"/>
    <xsd:import namespace="06c93f85-cd31-4b4a-a11a-b06d1ada91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10833a-35a9-4f9f-b2be-6af50641bd5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b5b96af3-4930-4500-9e0f-b9b4d0b7e1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c93f85-cd31-4b4a-a11a-b06d1ada9167" elementFormDefault="qualified">
    <xsd:import namespace="http://schemas.microsoft.com/office/2006/documentManagement/types"/>
    <xsd:import namespace="http://schemas.microsoft.com/office/infopath/2007/PartnerControls"/>
    <xsd:element name="SharedWithUsers" ma:index="11"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at med information" ma:description="" ma:internalName="SharedWithDetails" ma:readOnly="true">
      <xsd:simpleType>
        <xsd:restriction base="dms:Note">
          <xsd:maxLength value="255"/>
        </xsd:restriction>
      </xsd:simpleType>
    </xsd:element>
    <xsd:element name="TaxCatchAll" ma:index="23" nillable="true" ma:displayName="Taxonomy Catch All Column" ma:hidden="true" ma:list="{b6d99406-86b9-448a-a8a2-38e1cab510e8}" ma:internalName="TaxCatchAll" ma:showField="CatchAllData" ma:web="06c93f85-cd31-4b4a-a11a-b06d1ada91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C601DBE8-5FED-4DB4-B1E8-846B960CF241}">
  <ds:schemaRefs>
    <ds:schemaRef ds:uri="http://schemas.microsoft.com/office/2006/metadata/properties"/>
    <ds:schemaRef ds:uri="http://schemas.microsoft.com/office/infopath/2007/PartnerControls"/>
    <ds:schemaRef ds:uri="4d10833a-35a9-4f9f-b2be-6af50641bd56"/>
    <ds:schemaRef ds:uri="06c93f85-cd31-4b4a-a11a-b06d1ada9167"/>
  </ds:schemaRefs>
</ds:datastoreItem>
</file>

<file path=customXml/itemProps3.xml><?xml version="1.0" encoding="utf-8"?>
<ds:datastoreItem xmlns:ds="http://schemas.openxmlformats.org/officeDocument/2006/customXml" ds:itemID="{583BAB8C-08E8-4330-9A3A-6766C5472734}">
  <ds:schemaRefs>
    <ds:schemaRef ds:uri="http://schemas.microsoft.com/sharepoint/v3/contenttype/forms"/>
  </ds:schemaRefs>
</ds:datastoreItem>
</file>

<file path=customXml/itemProps4.xml><?xml version="1.0" encoding="utf-8"?>
<ds:datastoreItem xmlns:ds="http://schemas.openxmlformats.org/officeDocument/2006/customXml" ds:itemID="{4B8BDB36-C308-4F99-B42A-046F8859D9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10833a-35a9-4f9f-b2be-6af50641bd56"/>
    <ds:schemaRef ds:uri="06c93f85-cd31-4b4a-a11a-b06d1ada91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982</Words>
  <Characters>5208</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6178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Åsa Humble</cp:lastModifiedBy>
  <cp:revision>5</cp:revision>
  <dcterms:created xsi:type="dcterms:W3CDTF">2026-08-11T12:44:00Z</dcterms:created>
  <dcterms:modified xsi:type="dcterms:W3CDTF">2026-08-24T06:50:00Z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0x010100F848875B93BE5940960BD3A3F1735CDE</vt:lpwstr>
  </property>
  <property fmtid="{D5CDD505-2E9C-101B-9397-08002B2CF9AE}" pid="3" name="MediaServiceImageTags">
    <vt:lpwstr/>
  </property>
</Properties>
</file>