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5EDED3E" w14:textId="77777777" w:rsidR="00082607" w:rsidRDefault="00082607">
      <w:pPr>
        <w:keepNext/>
        <w:spacing w:before="20" w:after="80" w:line="245" w:lineRule="auto"/>
        <w:rPr>
          <w:b/>
          <w:color w:val="0E4673"/>
          <w:sz w:val="32"/>
        </w:rPr>
      </w:pPr>
    </w:p>
    <w:p w14:paraId="6BCCEA39" w14:textId="398106C8" w:rsidR="008A1B49" w:rsidRPr="00082607" w:rsidRDefault="00B157BB">
      <w:pPr>
        <w:keepNext/>
        <w:spacing w:before="20" w:after="80" w:line="245" w:lineRule="auto"/>
        <w:rPr>
          <w:lang w:val="sv-SE"/>
        </w:rPr>
      </w:pPr>
      <w:r w:rsidRPr="00082607">
        <w:rPr>
          <w:b/>
          <w:color w:val="0E4673"/>
          <w:sz w:val="32"/>
          <w:lang w:val="sv-SE"/>
        </w:rPr>
        <w:t>Medlemsansökan förmedlarbolag</w:t>
      </w:r>
    </w:p>
    <w:p w14:paraId="47D12D2B" w14:textId="77777777" w:rsidR="00082607" w:rsidRDefault="00082607">
      <w:pPr>
        <w:spacing w:after="60" w:line="245" w:lineRule="auto"/>
        <w:rPr>
          <w:lang w:val="sv-SE"/>
        </w:rPr>
      </w:pPr>
    </w:p>
    <w:p w14:paraId="2F428C89" w14:textId="0AAA7182" w:rsidR="008A1B49" w:rsidRDefault="00B157BB">
      <w:pPr>
        <w:spacing w:after="60" w:line="245" w:lineRule="auto"/>
        <w:rPr>
          <w:lang w:val="sv-SE"/>
        </w:rPr>
      </w:pPr>
      <w:r w:rsidRPr="00082607">
        <w:rPr>
          <w:lang w:val="sv-SE"/>
        </w:rPr>
        <w:t>För att ansöka om medlemskap i SFM ska förmedlarbolaget uppfylla följande kriterier:</w:t>
      </w:r>
    </w:p>
    <w:p w14:paraId="3020126A" w14:textId="77777777" w:rsidR="00082607" w:rsidRPr="00082607" w:rsidRDefault="00082607">
      <w:pPr>
        <w:spacing w:after="60" w:line="245" w:lineRule="auto"/>
        <w:rPr>
          <w:lang w:val="sv-SE"/>
        </w:rPr>
      </w:pPr>
    </w:p>
    <w:p w14:paraId="2716391D" w14:textId="77777777" w:rsidR="008A1B49" w:rsidRPr="00082607" w:rsidRDefault="00B157BB">
      <w:pPr>
        <w:pStyle w:val="Punktlista"/>
        <w:spacing w:after="30" w:line="240" w:lineRule="auto"/>
        <w:ind w:left="331" w:hanging="202"/>
        <w:rPr>
          <w:lang w:val="sv-SE"/>
        </w:rPr>
      </w:pPr>
      <w:r w:rsidRPr="00082607">
        <w:rPr>
          <w:sz w:val="19"/>
          <w:lang w:val="sv-SE"/>
        </w:rPr>
        <w:t>Bolaget har giltigt tillstånd från Finansinspektionen och är registrerat hos Bolagsverket.</w:t>
      </w:r>
    </w:p>
    <w:p w14:paraId="1A99E31B" w14:textId="77777777" w:rsidR="008A1B49" w:rsidRPr="00082607" w:rsidRDefault="00B157BB">
      <w:pPr>
        <w:pStyle w:val="Punktlista"/>
        <w:spacing w:after="30" w:line="240" w:lineRule="auto"/>
        <w:ind w:left="331" w:hanging="202"/>
        <w:rPr>
          <w:lang w:val="sv-SE"/>
        </w:rPr>
      </w:pPr>
      <w:r w:rsidRPr="00082607">
        <w:rPr>
          <w:sz w:val="19"/>
          <w:lang w:val="sv-SE"/>
        </w:rPr>
        <w:t>Bolaget är inte registrerat som anknuten försäkringsförmedlare.</w:t>
      </w:r>
    </w:p>
    <w:p w14:paraId="1CAA46EC" w14:textId="77777777" w:rsidR="008A1B49" w:rsidRPr="00082607" w:rsidRDefault="00B157BB">
      <w:pPr>
        <w:pStyle w:val="Punktlista"/>
        <w:spacing w:after="30" w:line="240" w:lineRule="auto"/>
        <w:ind w:left="331" w:hanging="202"/>
        <w:rPr>
          <w:lang w:val="sv-SE"/>
        </w:rPr>
      </w:pPr>
      <w:r w:rsidRPr="00082607">
        <w:rPr>
          <w:sz w:val="19"/>
          <w:lang w:val="sv-SE"/>
        </w:rPr>
        <w:t>Bolaget bekräftar att varken bolagsavtal eller bolagsordning strider mot SFM:s stadgar, vilka kan hittas på www.sfm.se.</w:t>
      </w:r>
    </w:p>
    <w:p w14:paraId="4B6F837B" w14:textId="77777777" w:rsidR="008A1B49" w:rsidRPr="00082607" w:rsidRDefault="00B157BB">
      <w:pPr>
        <w:pStyle w:val="Punktlista"/>
        <w:spacing w:after="30" w:line="240" w:lineRule="auto"/>
        <w:ind w:left="331" w:hanging="202"/>
        <w:rPr>
          <w:lang w:val="sv-SE"/>
        </w:rPr>
      </w:pPr>
      <w:r w:rsidRPr="00082607">
        <w:rPr>
          <w:sz w:val="19"/>
          <w:lang w:val="sv-SE"/>
        </w:rPr>
        <w:t>Bolagets alla aktiva förmedlare är medlemmar i SFM.</w:t>
      </w:r>
    </w:p>
    <w:p w14:paraId="1013E4EC" w14:textId="77777777" w:rsidR="008A1B49" w:rsidRPr="00633E17" w:rsidRDefault="00B157BB">
      <w:pPr>
        <w:pStyle w:val="Punktlista"/>
        <w:spacing w:after="30" w:line="240" w:lineRule="auto"/>
        <w:ind w:left="331" w:hanging="202"/>
        <w:rPr>
          <w:sz w:val="19"/>
          <w:lang w:val="sv-SE"/>
        </w:rPr>
      </w:pPr>
      <w:r w:rsidRPr="00082607">
        <w:rPr>
          <w:sz w:val="19"/>
          <w:lang w:val="sv-SE"/>
        </w:rPr>
        <w:t>Bolaget har en giltig ansvarsförsäkring med den omfattning som krävs enligt lag och föreskrifter.</w:t>
      </w:r>
    </w:p>
    <w:p w14:paraId="3650A72C" w14:textId="77777777" w:rsidR="00633E17" w:rsidRDefault="00633E17" w:rsidP="00633E17">
      <w:pPr>
        <w:pStyle w:val="Punktlista"/>
        <w:spacing w:after="30" w:line="240" w:lineRule="auto"/>
        <w:ind w:left="331" w:hanging="202"/>
        <w:rPr>
          <w:sz w:val="19"/>
          <w:lang w:val="sv-SE"/>
        </w:rPr>
      </w:pPr>
      <w:r w:rsidRPr="00633E17">
        <w:rPr>
          <w:sz w:val="19"/>
          <w:lang w:val="sv-SE"/>
        </w:rPr>
        <w:t xml:space="preserve">Bolaget åtar sig att efterleva SFM:s yrkesetiska riktlinjer, stadgar och yrkesetiska riktlinjer, samt bekräftar att det har tagit del av SFM:s hantering av personuppgifter, vilka finns tillgängliga på www.sfm.se. </w:t>
      </w:r>
    </w:p>
    <w:p w14:paraId="083CC337" w14:textId="2B033D3A" w:rsidR="008A1B49" w:rsidRPr="00633E17" w:rsidRDefault="00B157BB">
      <w:pPr>
        <w:keepNext/>
        <w:spacing w:before="100" w:after="40" w:line="245" w:lineRule="auto"/>
        <w:rPr>
          <w:lang w:val="sv-SE"/>
        </w:rPr>
      </w:pPr>
      <w:r w:rsidRPr="00633E17">
        <w:rPr>
          <w:b/>
          <w:color w:val="0E4673"/>
          <w:sz w:val="24"/>
          <w:lang w:val="sv-SE"/>
        </w:rPr>
        <w:t>Bolagsuppgifter</w:t>
      </w:r>
    </w:p>
    <w:p w14:paraId="1E19D7D2" w14:textId="04D407A5" w:rsidR="008A1B49" w:rsidRPr="00633E17" w:rsidRDefault="00B157BB" w:rsidP="00A61332">
      <w:pPr>
        <w:tabs>
          <w:tab w:val="right" w:leader="underscore" w:pos="10206"/>
        </w:tabs>
        <w:spacing w:after="40" w:line="245" w:lineRule="auto"/>
        <w:rPr>
          <w:lang w:val="sv-SE"/>
        </w:rPr>
      </w:pPr>
      <w:r w:rsidRPr="00633E17">
        <w:rPr>
          <w:lang w:val="sv-SE"/>
        </w:rPr>
        <w:t>Organisationsnummer:</w:t>
      </w:r>
      <w:r w:rsidR="00A61332">
        <w:rPr>
          <w:lang w:val="sv-SE"/>
        </w:rPr>
        <w:tab/>
      </w:r>
    </w:p>
    <w:p w14:paraId="607947AA" w14:textId="5535F57E" w:rsidR="008A1B49" w:rsidRPr="00633E17" w:rsidRDefault="00B157BB" w:rsidP="00A61332">
      <w:pPr>
        <w:tabs>
          <w:tab w:val="right" w:leader="underscore" w:pos="10206"/>
        </w:tabs>
        <w:spacing w:after="40" w:line="245" w:lineRule="auto"/>
        <w:rPr>
          <w:lang w:val="sv-SE"/>
        </w:rPr>
      </w:pPr>
      <w:r w:rsidRPr="00633E17">
        <w:rPr>
          <w:lang w:val="sv-SE"/>
        </w:rPr>
        <w:t>Organisationstillhörighet:</w:t>
      </w:r>
      <w:r w:rsidR="00A61332">
        <w:rPr>
          <w:lang w:val="sv-SE"/>
        </w:rPr>
        <w:tab/>
      </w:r>
    </w:p>
    <w:p w14:paraId="27BF1D53" w14:textId="1217D797" w:rsidR="008A1B49" w:rsidRPr="00633E17" w:rsidRDefault="00B157BB" w:rsidP="00A61332">
      <w:pPr>
        <w:tabs>
          <w:tab w:val="right" w:leader="underscore" w:pos="10206"/>
        </w:tabs>
        <w:spacing w:after="40" w:line="245" w:lineRule="auto"/>
        <w:rPr>
          <w:lang w:val="sv-SE"/>
        </w:rPr>
      </w:pPr>
      <w:r w:rsidRPr="00633E17">
        <w:rPr>
          <w:lang w:val="sv-SE"/>
        </w:rPr>
        <w:t>Bolagsnamn:</w:t>
      </w:r>
      <w:r w:rsidR="00A61332">
        <w:rPr>
          <w:lang w:val="sv-SE"/>
        </w:rPr>
        <w:tab/>
      </w:r>
    </w:p>
    <w:p w14:paraId="5A6380AD" w14:textId="75271E23" w:rsidR="00082607" w:rsidRDefault="00082607" w:rsidP="00A61332">
      <w:pPr>
        <w:keepNext/>
        <w:tabs>
          <w:tab w:val="right" w:leader="underscore" w:pos="10206"/>
        </w:tabs>
        <w:spacing w:after="0" w:line="245" w:lineRule="auto"/>
        <w:rPr>
          <w:lang w:val="sv-SE"/>
        </w:rPr>
      </w:pPr>
      <w:r w:rsidRPr="00082607">
        <w:rPr>
          <w:lang w:val="sv-SE"/>
        </w:rPr>
        <w:t>Adress:</w:t>
      </w:r>
      <w:r w:rsidR="00A61332">
        <w:rPr>
          <w:lang w:val="sv-SE"/>
        </w:rPr>
        <w:tab/>
      </w:r>
    </w:p>
    <w:p w14:paraId="14BFD57F" w14:textId="1E6E1E90" w:rsidR="00A61332" w:rsidRPr="00082607" w:rsidRDefault="00A61332" w:rsidP="00A61332">
      <w:pPr>
        <w:keepNext/>
        <w:tabs>
          <w:tab w:val="right" w:leader="underscore" w:pos="10206"/>
        </w:tabs>
        <w:spacing w:after="0" w:line="245" w:lineRule="auto"/>
        <w:rPr>
          <w:lang w:val="sv-SE"/>
        </w:rPr>
      </w:pPr>
      <w:r>
        <w:rPr>
          <w:lang w:val="sv-SE"/>
        </w:rPr>
        <w:tab/>
      </w:r>
    </w:p>
    <w:p w14:paraId="4B081777" w14:textId="39C27C4B" w:rsidR="00A61332" w:rsidRDefault="00A61332" w:rsidP="00A61332">
      <w:pPr>
        <w:spacing w:after="40" w:line="245" w:lineRule="auto"/>
        <w:rPr>
          <w:lang w:val="sv-SE"/>
        </w:rPr>
      </w:pPr>
    </w:p>
    <w:p w14:paraId="459EE39B" w14:textId="01974159" w:rsidR="00082607" w:rsidRDefault="00082607" w:rsidP="00A61332">
      <w:pPr>
        <w:tabs>
          <w:tab w:val="right" w:leader="underscore" w:pos="10206"/>
        </w:tabs>
        <w:spacing w:after="40" w:line="245" w:lineRule="auto"/>
        <w:rPr>
          <w:lang w:val="sv-SE"/>
        </w:rPr>
      </w:pPr>
      <w:r>
        <w:rPr>
          <w:lang w:val="sv-SE"/>
        </w:rPr>
        <w:t>T</w:t>
      </w:r>
      <w:r w:rsidRPr="00082607">
        <w:rPr>
          <w:lang w:val="sv-SE"/>
        </w:rPr>
        <w:t>yp av tillstånd hos Finansinspektionen:</w:t>
      </w:r>
      <w:r w:rsidR="00A61332">
        <w:rPr>
          <w:lang w:val="sv-SE"/>
        </w:rPr>
        <w:tab/>
      </w:r>
    </w:p>
    <w:p w14:paraId="3BD597F1" w14:textId="0C32C0F9" w:rsidR="00A61332" w:rsidRPr="00082607" w:rsidRDefault="00A61332" w:rsidP="00A61332">
      <w:pPr>
        <w:tabs>
          <w:tab w:val="right" w:leader="underscore" w:pos="10206"/>
        </w:tabs>
        <w:spacing w:after="40" w:line="245" w:lineRule="auto"/>
        <w:rPr>
          <w:lang w:val="sv-SE"/>
        </w:rPr>
      </w:pPr>
      <w:r>
        <w:rPr>
          <w:lang w:val="sv-SE"/>
        </w:rPr>
        <w:tab/>
      </w:r>
    </w:p>
    <w:p w14:paraId="1BC84311" w14:textId="77777777" w:rsidR="00082607" w:rsidRPr="00082607" w:rsidRDefault="00082607">
      <w:pPr>
        <w:spacing w:after="40" w:line="245" w:lineRule="auto"/>
        <w:rPr>
          <w:lang w:val="sv-SE"/>
        </w:rPr>
      </w:pPr>
    </w:p>
    <w:p w14:paraId="69D4C773" w14:textId="77777777" w:rsidR="008A1B49" w:rsidRDefault="00B157BB">
      <w:pPr>
        <w:spacing w:after="20" w:line="245" w:lineRule="auto"/>
        <w:rPr>
          <w:b/>
          <w:lang w:val="sv-SE"/>
        </w:rPr>
      </w:pPr>
      <w:r w:rsidRPr="00082607">
        <w:rPr>
          <w:b/>
          <w:lang w:val="sv-SE"/>
        </w:rPr>
        <w:t>Kontaktperson som representerar er mot SFM:</w:t>
      </w:r>
    </w:p>
    <w:p w14:paraId="5E8E7EDC" w14:textId="77777777" w:rsidR="00082607" w:rsidRPr="00082607" w:rsidRDefault="00082607">
      <w:pPr>
        <w:spacing w:after="20" w:line="245" w:lineRule="auto"/>
        <w:rPr>
          <w:lang w:val="sv-SE"/>
        </w:rPr>
      </w:pPr>
    </w:p>
    <w:p w14:paraId="22F47FDD" w14:textId="6802EA96" w:rsidR="008A1B49" w:rsidRPr="00082607" w:rsidRDefault="00B157BB" w:rsidP="00A61332">
      <w:pPr>
        <w:tabs>
          <w:tab w:val="right" w:leader="underscore" w:pos="10206"/>
        </w:tabs>
        <w:spacing w:after="40" w:line="245" w:lineRule="auto"/>
        <w:rPr>
          <w:lang w:val="sv-SE"/>
        </w:rPr>
      </w:pPr>
      <w:r w:rsidRPr="00082607">
        <w:rPr>
          <w:lang w:val="sv-SE"/>
        </w:rPr>
        <w:t>Namn:</w:t>
      </w:r>
      <w:r w:rsidR="00A61332">
        <w:rPr>
          <w:lang w:val="sv-SE"/>
        </w:rPr>
        <w:tab/>
      </w:r>
    </w:p>
    <w:p w14:paraId="18DA0925" w14:textId="52EE77AC" w:rsidR="008A1B49" w:rsidRPr="00082607" w:rsidRDefault="00B157BB" w:rsidP="00A61332">
      <w:pPr>
        <w:tabs>
          <w:tab w:val="right" w:leader="underscore" w:pos="10206"/>
        </w:tabs>
        <w:spacing w:after="40" w:line="245" w:lineRule="auto"/>
        <w:rPr>
          <w:lang w:val="sv-SE"/>
        </w:rPr>
      </w:pPr>
      <w:r w:rsidRPr="00082607">
        <w:rPr>
          <w:lang w:val="sv-SE"/>
        </w:rPr>
        <w:t>E-postadress:</w:t>
      </w:r>
      <w:r w:rsidR="00A61332">
        <w:rPr>
          <w:lang w:val="sv-SE"/>
        </w:rPr>
        <w:tab/>
      </w:r>
    </w:p>
    <w:p w14:paraId="7F9D8B55" w14:textId="2171F301" w:rsidR="008A1B49" w:rsidRPr="00082607" w:rsidRDefault="00B157BB" w:rsidP="00A61332">
      <w:pPr>
        <w:tabs>
          <w:tab w:val="right" w:leader="underscore" w:pos="10206"/>
        </w:tabs>
        <w:spacing w:after="40" w:line="245" w:lineRule="auto"/>
        <w:rPr>
          <w:lang w:val="sv-SE"/>
        </w:rPr>
      </w:pPr>
      <w:r w:rsidRPr="00082607">
        <w:rPr>
          <w:lang w:val="sv-SE"/>
        </w:rPr>
        <w:t>Telefonnummer:</w:t>
      </w:r>
      <w:r w:rsidR="00A61332">
        <w:rPr>
          <w:lang w:val="sv-SE"/>
        </w:rPr>
        <w:tab/>
      </w:r>
    </w:p>
    <w:p w14:paraId="06A1D982" w14:textId="2B8427F5" w:rsidR="008A1B49" w:rsidRPr="00082607" w:rsidRDefault="00B157BB" w:rsidP="00A61332">
      <w:pPr>
        <w:keepNext/>
        <w:tabs>
          <w:tab w:val="right" w:leader="underscore" w:pos="10206"/>
        </w:tabs>
        <w:spacing w:after="0" w:line="245" w:lineRule="auto"/>
        <w:rPr>
          <w:lang w:val="sv-SE"/>
        </w:rPr>
      </w:pPr>
      <w:r w:rsidRPr="00082607">
        <w:rPr>
          <w:lang w:val="sv-SE"/>
        </w:rPr>
        <w:t>Fakturaadress:</w:t>
      </w:r>
      <w:r w:rsidR="00A61332">
        <w:rPr>
          <w:lang w:val="sv-SE"/>
        </w:rPr>
        <w:tab/>
      </w:r>
    </w:p>
    <w:p w14:paraId="2C5B5C4C" w14:textId="75E11428" w:rsidR="00A61332" w:rsidRDefault="00A61332" w:rsidP="00A61332">
      <w:pPr>
        <w:tabs>
          <w:tab w:val="right" w:leader="underscore" w:pos="10206"/>
        </w:tabs>
        <w:spacing w:after="40" w:line="245" w:lineRule="auto"/>
        <w:rPr>
          <w:lang w:val="sv-SE"/>
        </w:rPr>
      </w:pPr>
      <w:r>
        <w:rPr>
          <w:lang w:val="sv-SE"/>
        </w:rPr>
        <w:tab/>
      </w:r>
    </w:p>
    <w:p w14:paraId="74798B47" w14:textId="56CF3BFD" w:rsidR="00A61332" w:rsidRDefault="00A61332" w:rsidP="00A61332">
      <w:pPr>
        <w:tabs>
          <w:tab w:val="right" w:leader="underscore" w:pos="10206"/>
        </w:tabs>
        <w:spacing w:after="40" w:line="245" w:lineRule="auto"/>
        <w:rPr>
          <w:lang w:val="sv-SE"/>
        </w:rPr>
      </w:pPr>
      <w:r>
        <w:rPr>
          <w:lang w:val="sv-SE"/>
        </w:rPr>
        <w:tab/>
      </w:r>
    </w:p>
    <w:p w14:paraId="01443B4F" w14:textId="77777777" w:rsidR="00A61332" w:rsidRDefault="00A61332" w:rsidP="00A61332">
      <w:pPr>
        <w:tabs>
          <w:tab w:val="right" w:leader="underscore" w:pos="10206"/>
        </w:tabs>
        <w:spacing w:after="40" w:line="245" w:lineRule="auto"/>
        <w:rPr>
          <w:lang w:val="sv-SE"/>
        </w:rPr>
      </w:pPr>
    </w:p>
    <w:p w14:paraId="501DA15B" w14:textId="4B651E32" w:rsidR="008A1B49" w:rsidRPr="00082607" w:rsidRDefault="00B157BB" w:rsidP="00A61332">
      <w:pPr>
        <w:tabs>
          <w:tab w:val="right" w:leader="underscore" w:pos="10206"/>
        </w:tabs>
        <w:spacing w:after="40" w:line="245" w:lineRule="auto"/>
        <w:rPr>
          <w:lang w:val="sv-SE"/>
        </w:rPr>
      </w:pPr>
      <w:r w:rsidRPr="00082607">
        <w:rPr>
          <w:lang w:val="sv-SE"/>
        </w:rPr>
        <w:t>E-postadress dit fakturor ska skickas</w:t>
      </w:r>
      <w:r w:rsidR="00A61332">
        <w:rPr>
          <w:lang w:val="sv-SE"/>
        </w:rPr>
        <w:tab/>
      </w:r>
      <w:r w:rsidRPr="00082607">
        <w:rPr>
          <w:lang w:val="sv-SE"/>
        </w:rPr>
        <w:t>:</w:t>
      </w:r>
    </w:p>
    <w:p w14:paraId="1BC4066A" w14:textId="18753FC8" w:rsidR="008A1B49" w:rsidRPr="00082607" w:rsidRDefault="00B157BB" w:rsidP="00A61332">
      <w:pPr>
        <w:tabs>
          <w:tab w:val="right" w:leader="underscore" w:pos="10206"/>
        </w:tabs>
        <w:spacing w:after="20" w:line="245" w:lineRule="auto"/>
        <w:rPr>
          <w:bCs/>
          <w:lang w:val="sv-SE"/>
        </w:rPr>
      </w:pPr>
      <w:r w:rsidRPr="00082607">
        <w:rPr>
          <w:bCs/>
          <w:lang w:val="sv-SE"/>
        </w:rPr>
        <w:t>Kontaktperson för fakturor:</w:t>
      </w:r>
      <w:r w:rsidR="00A61332">
        <w:rPr>
          <w:bCs/>
          <w:lang w:val="sv-SE"/>
        </w:rPr>
        <w:tab/>
      </w:r>
    </w:p>
    <w:p w14:paraId="4A36C8A1" w14:textId="651C8D7C" w:rsidR="008A1B49" w:rsidRPr="00082607" w:rsidRDefault="00B157BB" w:rsidP="00A61332">
      <w:pPr>
        <w:tabs>
          <w:tab w:val="right" w:leader="underscore" w:pos="10206"/>
        </w:tabs>
        <w:spacing w:after="40" w:line="245" w:lineRule="auto"/>
        <w:rPr>
          <w:lang w:val="sv-SE"/>
        </w:rPr>
      </w:pPr>
      <w:r w:rsidRPr="00082607">
        <w:rPr>
          <w:lang w:val="sv-SE"/>
        </w:rPr>
        <w:t>Namn:</w:t>
      </w:r>
      <w:r w:rsidR="00A61332">
        <w:rPr>
          <w:lang w:val="sv-SE"/>
        </w:rPr>
        <w:tab/>
      </w:r>
    </w:p>
    <w:p w14:paraId="32BBA434" w14:textId="136CAE3D" w:rsidR="008A1B49" w:rsidRPr="00082607" w:rsidRDefault="00B157BB" w:rsidP="00A61332">
      <w:pPr>
        <w:tabs>
          <w:tab w:val="right" w:leader="underscore" w:pos="10206"/>
        </w:tabs>
        <w:spacing w:after="40" w:line="245" w:lineRule="auto"/>
        <w:rPr>
          <w:lang w:val="sv-SE"/>
        </w:rPr>
      </w:pPr>
      <w:r w:rsidRPr="00082607">
        <w:rPr>
          <w:lang w:val="sv-SE"/>
        </w:rPr>
        <w:t>E-postadress:</w:t>
      </w:r>
      <w:r w:rsidR="00A61332">
        <w:rPr>
          <w:lang w:val="sv-SE"/>
        </w:rPr>
        <w:tab/>
      </w:r>
    </w:p>
    <w:p w14:paraId="5BAE011E" w14:textId="77777777" w:rsidR="00082607" w:rsidRDefault="00082607">
      <w:pPr>
        <w:spacing w:after="20" w:line="245" w:lineRule="auto"/>
        <w:rPr>
          <w:i/>
          <w:sz w:val="18"/>
          <w:lang w:val="sv-SE"/>
        </w:rPr>
      </w:pPr>
    </w:p>
    <w:p w14:paraId="63971EF4" w14:textId="1DEE57E0" w:rsidR="008A1B49" w:rsidRPr="00082607" w:rsidRDefault="00B157BB">
      <w:pPr>
        <w:spacing w:after="20" w:line="245" w:lineRule="auto"/>
        <w:rPr>
          <w:lang w:val="sv-SE"/>
        </w:rPr>
      </w:pPr>
      <w:r w:rsidRPr="00082607">
        <w:rPr>
          <w:i/>
          <w:sz w:val="18"/>
          <w:lang w:val="sv-SE"/>
        </w:rPr>
        <w:t>*Organisationstillhörighet: Sammanslutning av flera förmedlarbolag under gemensamt varumärke.</w:t>
      </w:r>
    </w:p>
    <w:p w14:paraId="378B5C18" w14:textId="77777777" w:rsidR="008A1B49" w:rsidRPr="00082607" w:rsidRDefault="00B157BB">
      <w:pPr>
        <w:rPr>
          <w:lang w:val="sv-SE"/>
        </w:rPr>
      </w:pPr>
      <w:r w:rsidRPr="00082607">
        <w:rPr>
          <w:lang w:val="sv-SE"/>
        </w:rPr>
        <w:br w:type="page"/>
      </w:r>
    </w:p>
    <w:p w14:paraId="7858DC4F" w14:textId="77777777" w:rsidR="008A1B49" w:rsidRPr="00082607" w:rsidRDefault="00B157BB">
      <w:pPr>
        <w:keepNext/>
        <w:spacing w:before="20" w:after="40" w:line="245" w:lineRule="auto"/>
        <w:rPr>
          <w:lang w:val="sv-SE"/>
        </w:rPr>
      </w:pPr>
      <w:r w:rsidRPr="00082607">
        <w:rPr>
          <w:b/>
          <w:color w:val="0E4673"/>
          <w:sz w:val="24"/>
          <w:lang w:val="sv-SE"/>
        </w:rPr>
        <w:lastRenderedPageBreak/>
        <w:t>Verksamma förmedlare</w:t>
      </w:r>
    </w:p>
    <w:p w14:paraId="0408A981" w14:textId="77777777" w:rsidR="008A1B49" w:rsidRPr="00082607" w:rsidRDefault="00B157BB">
      <w:pPr>
        <w:keepNext/>
        <w:spacing w:after="0" w:line="245" w:lineRule="auto"/>
        <w:rPr>
          <w:lang w:val="sv-SE"/>
        </w:rPr>
      </w:pPr>
      <w:r w:rsidRPr="00082607">
        <w:rPr>
          <w:lang w:val="sv-SE"/>
        </w:rPr>
        <w:t>Namn på samtliga i bolaget verksamma förmedlare:</w:t>
      </w:r>
    </w:p>
    <w:p w14:paraId="7C081498" w14:textId="5D0AFDD2" w:rsidR="00A61332" w:rsidRDefault="00A61332" w:rsidP="00A61332">
      <w:pPr>
        <w:keepNext/>
        <w:tabs>
          <w:tab w:val="right" w:leader="underscore" w:pos="10206"/>
        </w:tabs>
        <w:spacing w:before="40" w:after="60" w:line="245" w:lineRule="auto"/>
        <w:rPr>
          <w:lang w:val="sv-SE"/>
        </w:rPr>
      </w:pPr>
      <w:r>
        <w:rPr>
          <w:lang w:val="sv-SE"/>
        </w:rPr>
        <w:tab/>
      </w:r>
    </w:p>
    <w:p w14:paraId="7D989D72" w14:textId="62DD2CDA" w:rsidR="00A61332" w:rsidRDefault="00A61332" w:rsidP="00A61332">
      <w:pPr>
        <w:keepNext/>
        <w:tabs>
          <w:tab w:val="right" w:leader="underscore" w:pos="10206"/>
        </w:tabs>
        <w:spacing w:before="40" w:after="60" w:line="245" w:lineRule="auto"/>
        <w:rPr>
          <w:lang w:val="sv-SE"/>
        </w:rPr>
      </w:pPr>
      <w:r>
        <w:rPr>
          <w:lang w:val="sv-SE"/>
        </w:rPr>
        <w:tab/>
      </w:r>
    </w:p>
    <w:p w14:paraId="7B33B406" w14:textId="098E351B" w:rsidR="00A61332" w:rsidRDefault="00A61332" w:rsidP="00A61332">
      <w:pPr>
        <w:keepNext/>
        <w:tabs>
          <w:tab w:val="right" w:leader="underscore" w:pos="10206"/>
        </w:tabs>
        <w:spacing w:before="40" w:after="60" w:line="245" w:lineRule="auto"/>
        <w:rPr>
          <w:lang w:val="sv-SE"/>
        </w:rPr>
      </w:pPr>
      <w:r>
        <w:rPr>
          <w:lang w:val="sv-SE"/>
        </w:rPr>
        <w:tab/>
      </w:r>
    </w:p>
    <w:p w14:paraId="767AB4BD" w14:textId="5C74AFD1" w:rsidR="00A61332" w:rsidRDefault="00A61332" w:rsidP="00A61332">
      <w:pPr>
        <w:keepNext/>
        <w:tabs>
          <w:tab w:val="right" w:leader="underscore" w:pos="10206"/>
        </w:tabs>
        <w:spacing w:before="40" w:after="60" w:line="245" w:lineRule="auto"/>
        <w:rPr>
          <w:lang w:val="sv-SE"/>
        </w:rPr>
      </w:pPr>
      <w:r>
        <w:rPr>
          <w:lang w:val="sv-SE"/>
        </w:rPr>
        <w:tab/>
      </w:r>
    </w:p>
    <w:p w14:paraId="08924C72" w14:textId="31A402B1" w:rsidR="008A1B49" w:rsidRPr="00082607" w:rsidRDefault="00B157BB">
      <w:pPr>
        <w:keepNext/>
        <w:spacing w:before="40" w:after="60" w:line="245" w:lineRule="auto"/>
        <w:rPr>
          <w:lang w:val="sv-SE"/>
        </w:rPr>
      </w:pPr>
      <w:r w:rsidRPr="00082607">
        <w:rPr>
          <w:b/>
          <w:color w:val="0E4673"/>
          <w:sz w:val="24"/>
          <w:lang w:val="sv-SE"/>
        </w:rPr>
        <w:t>Försäkran</w:t>
      </w:r>
    </w:p>
    <w:p w14:paraId="6F8B766C" w14:textId="77777777" w:rsidR="008A1B49" w:rsidRPr="00082607" w:rsidRDefault="00B157BB">
      <w:pPr>
        <w:spacing w:after="40" w:line="245" w:lineRule="auto"/>
        <w:rPr>
          <w:lang w:val="sv-SE"/>
        </w:rPr>
      </w:pPr>
      <w:proofErr w:type="gramStart"/>
      <w:r w:rsidRPr="00082607">
        <w:rPr>
          <w:sz w:val="21"/>
          <w:lang w:val="sv-SE"/>
        </w:rPr>
        <w:t xml:space="preserve">☐  </w:t>
      </w:r>
      <w:r w:rsidRPr="00082607">
        <w:rPr>
          <w:lang w:val="sv-SE"/>
        </w:rPr>
        <w:t>Bolaget</w:t>
      </w:r>
      <w:proofErr w:type="gramEnd"/>
      <w:r w:rsidRPr="00082607">
        <w:rPr>
          <w:lang w:val="sv-SE"/>
        </w:rPr>
        <w:t xml:space="preserve"> har tillstånd hos Finansinspektionen och är registrerat hos Bolagsverket som försäkringsförmedlare.</w:t>
      </w:r>
    </w:p>
    <w:p w14:paraId="544AF23D" w14:textId="77777777" w:rsidR="008A1B49" w:rsidRPr="00082607" w:rsidRDefault="00B157BB">
      <w:pPr>
        <w:spacing w:after="60" w:line="245" w:lineRule="auto"/>
        <w:rPr>
          <w:lang w:val="sv-SE"/>
        </w:rPr>
      </w:pPr>
      <w:proofErr w:type="gramStart"/>
      <w:r w:rsidRPr="00082607">
        <w:rPr>
          <w:sz w:val="21"/>
          <w:lang w:val="sv-SE"/>
        </w:rPr>
        <w:t xml:space="preserve">☐  </w:t>
      </w:r>
      <w:r w:rsidRPr="00082607">
        <w:rPr>
          <w:lang w:val="sv-SE"/>
        </w:rPr>
        <w:t>Bolaget</w:t>
      </w:r>
      <w:proofErr w:type="gramEnd"/>
      <w:r w:rsidRPr="00082607">
        <w:rPr>
          <w:lang w:val="sv-SE"/>
        </w:rPr>
        <w:t xml:space="preserve"> är inte anknuten försäkringsförmedlare.</w:t>
      </w:r>
    </w:p>
    <w:p w14:paraId="5A3BE24E" w14:textId="77777777" w:rsidR="008A1B49" w:rsidRPr="00082607" w:rsidRDefault="00B157BB">
      <w:pPr>
        <w:spacing w:after="20" w:line="245" w:lineRule="auto"/>
        <w:rPr>
          <w:lang w:val="sv-SE"/>
        </w:rPr>
      </w:pPr>
      <w:r w:rsidRPr="00082607">
        <w:rPr>
          <w:b/>
          <w:sz w:val="18"/>
          <w:lang w:val="sv-SE"/>
        </w:rPr>
        <w:t>*Anknuten försäkringsförmedlare:</w:t>
      </w:r>
    </w:p>
    <w:p w14:paraId="4665A380" w14:textId="77777777" w:rsidR="008A1B49" w:rsidRPr="00082607" w:rsidRDefault="00B157BB">
      <w:pPr>
        <w:spacing w:after="20" w:line="245" w:lineRule="auto"/>
        <w:rPr>
          <w:lang w:val="sv-SE"/>
        </w:rPr>
      </w:pPr>
      <w:r w:rsidRPr="00082607">
        <w:rPr>
          <w:sz w:val="17"/>
          <w:lang w:val="sv-SE"/>
        </w:rPr>
        <w:t>En förmedlare som har ingått avtal med ett eller flera försäkringsbolag om att distribuera deras försäkringsprodukter.</w:t>
      </w:r>
    </w:p>
    <w:p w14:paraId="443E452F" w14:textId="77777777" w:rsidR="008A1B49" w:rsidRPr="00082607" w:rsidRDefault="00B157BB">
      <w:pPr>
        <w:spacing w:after="20" w:line="245" w:lineRule="auto"/>
        <w:rPr>
          <w:lang w:val="sv-SE"/>
        </w:rPr>
      </w:pPr>
      <w:r w:rsidRPr="00082607">
        <w:rPr>
          <w:sz w:val="17"/>
          <w:lang w:val="sv-SE"/>
        </w:rPr>
        <w:t>Dessa produkter får inte konkurrera med varandra och avtalet ska innebära att försäkringsföretaget är ansvarigt för ren förmögenhetsskada som kan uppkomma om förmedlaren åsidosätter sina skyldigheter.</w:t>
      </w:r>
    </w:p>
    <w:p w14:paraId="23F0F431" w14:textId="77777777" w:rsidR="008A1B49" w:rsidRPr="00082607" w:rsidRDefault="00B157BB">
      <w:pPr>
        <w:spacing w:after="20" w:line="245" w:lineRule="auto"/>
        <w:rPr>
          <w:lang w:val="sv-SE"/>
        </w:rPr>
      </w:pPr>
      <w:r w:rsidRPr="00082607">
        <w:rPr>
          <w:sz w:val="17"/>
          <w:lang w:val="sv-SE"/>
        </w:rPr>
        <w:t>En anknuten försäkringsförmedlare behöver som huvudregel inte söka eget tillstånd hos Finansinspektionen.</w:t>
      </w:r>
    </w:p>
    <w:p w14:paraId="6DD4C6A7" w14:textId="77777777" w:rsidR="008A1B49" w:rsidRPr="00082607" w:rsidRDefault="00B157BB">
      <w:pPr>
        <w:spacing w:after="20" w:line="245" w:lineRule="auto"/>
        <w:rPr>
          <w:lang w:val="sv-SE"/>
        </w:rPr>
      </w:pPr>
      <w:r w:rsidRPr="00082607">
        <w:rPr>
          <w:sz w:val="17"/>
          <w:lang w:val="sv-SE"/>
        </w:rPr>
        <w:t>Eget tillstånd krävs dock vid distribution av försäkringsbaserade investeringsprodukter eller pensionsförsäkring med förfallo- eller återköpsvärde som är exponerat mot marknadsvolatilitet.</w:t>
      </w:r>
    </w:p>
    <w:p w14:paraId="5FDDE710" w14:textId="77777777" w:rsidR="00082607" w:rsidRDefault="00082607">
      <w:pPr>
        <w:spacing w:after="60" w:line="245" w:lineRule="auto"/>
        <w:rPr>
          <w:lang w:val="sv-SE"/>
        </w:rPr>
      </w:pPr>
    </w:p>
    <w:p w14:paraId="16D5E01E" w14:textId="1FB96CC0" w:rsidR="008A1B49" w:rsidRDefault="00B157BB" w:rsidP="00A61332">
      <w:pPr>
        <w:tabs>
          <w:tab w:val="right" w:leader="underscore" w:pos="10206"/>
        </w:tabs>
        <w:spacing w:after="60" w:line="245" w:lineRule="auto"/>
        <w:rPr>
          <w:lang w:val="sv-SE"/>
        </w:rPr>
      </w:pPr>
      <w:r w:rsidRPr="00082607">
        <w:rPr>
          <w:lang w:val="sv-SE"/>
        </w:rPr>
        <w:t>Försäkringsgivare för gällande ansvarsförsäkring:</w:t>
      </w:r>
      <w:r w:rsidR="00A61332">
        <w:rPr>
          <w:lang w:val="sv-SE"/>
        </w:rPr>
        <w:tab/>
      </w:r>
    </w:p>
    <w:p w14:paraId="03FDD1C5" w14:textId="3B652837" w:rsidR="00A61332" w:rsidRPr="00082607" w:rsidRDefault="00A61332" w:rsidP="00A61332">
      <w:pPr>
        <w:tabs>
          <w:tab w:val="right" w:leader="underscore" w:pos="10206"/>
        </w:tabs>
        <w:spacing w:after="60" w:line="245" w:lineRule="auto"/>
        <w:rPr>
          <w:lang w:val="sv-SE"/>
        </w:rPr>
      </w:pPr>
      <w:r>
        <w:rPr>
          <w:lang w:val="sv-SE"/>
        </w:rPr>
        <w:tab/>
      </w:r>
    </w:p>
    <w:p w14:paraId="2603A4A9" w14:textId="77777777" w:rsidR="008A1B49" w:rsidRPr="00082607" w:rsidRDefault="00B157BB">
      <w:pPr>
        <w:spacing w:after="40" w:line="245" w:lineRule="auto"/>
        <w:rPr>
          <w:lang w:val="sv-SE"/>
        </w:rPr>
      </w:pPr>
      <w:proofErr w:type="gramStart"/>
      <w:r w:rsidRPr="00082607">
        <w:rPr>
          <w:sz w:val="21"/>
          <w:lang w:val="sv-SE"/>
        </w:rPr>
        <w:t xml:space="preserve">☐  </w:t>
      </w:r>
      <w:r w:rsidRPr="00082607">
        <w:rPr>
          <w:lang w:val="sv-SE"/>
        </w:rPr>
        <w:t>Bolaget</w:t>
      </w:r>
      <w:proofErr w:type="gramEnd"/>
      <w:r w:rsidRPr="00082607">
        <w:rPr>
          <w:lang w:val="sv-SE"/>
        </w:rPr>
        <w:t xml:space="preserve"> ansöker om anslutning till SFM gruppansvarsförsäkring via separat blankett.</w:t>
      </w:r>
    </w:p>
    <w:p w14:paraId="74D09EFD" w14:textId="77777777" w:rsidR="008A1B49" w:rsidRPr="00082607" w:rsidRDefault="00B157BB">
      <w:pPr>
        <w:spacing w:after="80" w:line="245" w:lineRule="auto"/>
        <w:rPr>
          <w:lang w:val="sv-SE"/>
        </w:rPr>
      </w:pPr>
      <w:r w:rsidRPr="00082607">
        <w:rPr>
          <w:sz w:val="19"/>
          <w:lang w:val="sv-SE"/>
        </w:rPr>
        <w:t>Ytterligare frågor kommer att behöva besvaras senare för att fullfölja ansökningsprocessen för ansvarsförsäkringen.</w:t>
      </w:r>
    </w:p>
    <w:p w14:paraId="28A34E3E" w14:textId="77777777" w:rsidR="00082607" w:rsidRDefault="00082607">
      <w:pPr>
        <w:keepNext/>
        <w:spacing w:before="20" w:after="20" w:line="245" w:lineRule="auto"/>
        <w:rPr>
          <w:b/>
          <w:color w:val="0E4673"/>
          <w:sz w:val="24"/>
          <w:lang w:val="sv-SE"/>
        </w:rPr>
      </w:pPr>
    </w:p>
    <w:p w14:paraId="02704793" w14:textId="5EF64433" w:rsidR="008A1B49" w:rsidRPr="00082607" w:rsidRDefault="00B157BB">
      <w:pPr>
        <w:keepNext/>
        <w:spacing w:before="20" w:after="20" w:line="245" w:lineRule="auto"/>
        <w:rPr>
          <w:lang w:val="sv-SE"/>
        </w:rPr>
      </w:pPr>
      <w:r w:rsidRPr="00082607">
        <w:rPr>
          <w:b/>
          <w:color w:val="0E4673"/>
          <w:sz w:val="24"/>
          <w:lang w:val="sv-SE"/>
        </w:rPr>
        <w:t>Övriga upplysningar</w:t>
      </w:r>
    </w:p>
    <w:p w14:paraId="629A5E01" w14:textId="7643FCBB" w:rsidR="00082607" w:rsidRDefault="00A61332" w:rsidP="00A61332">
      <w:pPr>
        <w:tabs>
          <w:tab w:val="right" w:leader="underscore" w:pos="10206"/>
        </w:tabs>
        <w:spacing w:after="0" w:line="245" w:lineRule="auto"/>
        <w:rPr>
          <w:lang w:val="sv-SE"/>
        </w:rPr>
      </w:pPr>
      <w:r>
        <w:rPr>
          <w:lang w:val="sv-SE"/>
        </w:rPr>
        <w:tab/>
      </w:r>
    </w:p>
    <w:p w14:paraId="1FA08205" w14:textId="6BA8B9CE" w:rsidR="00A61332" w:rsidRDefault="00A61332" w:rsidP="00A61332">
      <w:pPr>
        <w:tabs>
          <w:tab w:val="right" w:leader="underscore" w:pos="10206"/>
        </w:tabs>
        <w:spacing w:after="0" w:line="245" w:lineRule="auto"/>
        <w:rPr>
          <w:lang w:val="sv-SE"/>
        </w:rPr>
      </w:pPr>
      <w:r>
        <w:rPr>
          <w:lang w:val="sv-SE"/>
        </w:rPr>
        <w:tab/>
      </w:r>
    </w:p>
    <w:p w14:paraId="17190F94" w14:textId="377767CC" w:rsidR="00A61332" w:rsidRDefault="00A61332" w:rsidP="00A61332">
      <w:pPr>
        <w:tabs>
          <w:tab w:val="right" w:leader="underscore" w:pos="10206"/>
        </w:tabs>
        <w:spacing w:after="0" w:line="245" w:lineRule="auto"/>
        <w:rPr>
          <w:lang w:val="sv-SE"/>
        </w:rPr>
      </w:pPr>
      <w:r>
        <w:rPr>
          <w:lang w:val="sv-SE"/>
        </w:rPr>
        <w:tab/>
      </w:r>
    </w:p>
    <w:p w14:paraId="79C36D03" w14:textId="593A15BB" w:rsidR="00A61332" w:rsidRDefault="00A61332" w:rsidP="00A61332">
      <w:pPr>
        <w:tabs>
          <w:tab w:val="right" w:leader="underscore" w:pos="10206"/>
        </w:tabs>
        <w:spacing w:after="0" w:line="245" w:lineRule="auto"/>
        <w:rPr>
          <w:lang w:val="sv-SE"/>
        </w:rPr>
      </w:pPr>
      <w:r>
        <w:rPr>
          <w:lang w:val="sv-SE"/>
        </w:rPr>
        <w:tab/>
      </w:r>
    </w:p>
    <w:p w14:paraId="291B90DB" w14:textId="2190F482" w:rsidR="00A61332" w:rsidRDefault="00A61332" w:rsidP="00A61332">
      <w:pPr>
        <w:tabs>
          <w:tab w:val="right" w:leader="underscore" w:pos="10206"/>
        </w:tabs>
        <w:spacing w:after="0" w:line="245" w:lineRule="auto"/>
        <w:rPr>
          <w:lang w:val="sv-SE"/>
        </w:rPr>
      </w:pPr>
      <w:r>
        <w:rPr>
          <w:lang w:val="sv-SE"/>
        </w:rPr>
        <w:tab/>
      </w:r>
    </w:p>
    <w:p w14:paraId="28103005" w14:textId="100F01F1" w:rsidR="00A61332" w:rsidRDefault="00A61332" w:rsidP="00A61332">
      <w:pPr>
        <w:tabs>
          <w:tab w:val="right" w:leader="underscore" w:pos="10206"/>
        </w:tabs>
        <w:spacing w:after="0" w:line="245" w:lineRule="auto"/>
        <w:rPr>
          <w:lang w:val="sv-SE"/>
        </w:rPr>
      </w:pPr>
      <w:r>
        <w:rPr>
          <w:lang w:val="sv-SE"/>
        </w:rPr>
        <w:tab/>
      </w:r>
    </w:p>
    <w:p w14:paraId="29C78F0B" w14:textId="67C766FF" w:rsidR="00A61332" w:rsidRDefault="00A61332" w:rsidP="00A61332">
      <w:pPr>
        <w:tabs>
          <w:tab w:val="right" w:leader="underscore" w:pos="10206"/>
        </w:tabs>
        <w:spacing w:after="0" w:line="245" w:lineRule="auto"/>
        <w:rPr>
          <w:lang w:val="sv-SE"/>
        </w:rPr>
      </w:pPr>
      <w:r>
        <w:rPr>
          <w:lang w:val="sv-SE"/>
        </w:rPr>
        <w:tab/>
      </w:r>
    </w:p>
    <w:p w14:paraId="5D6A5A2C" w14:textId="541229BE" w:rsidR="00A61332" w:rsidRDefault="00A61332" w:rsidP="00A61332">
      <w:pPr>
        <w:tabs>
          <w:tab w:val="right" w:leader="underscore" w:pos="10206"/>
        </w:tabs>
        <w:spacing w:after="0" w:line="245" w:lineRule="auto"/>
        <w:rPr>
          <w:lang w:val="sv-SE"/>
        </w:rPr>
      </w:pPr>
      <w:r>
        <w:rPr>
          <w:lang w:val="sv-SE"/>
        </w:rPr>
        <w:tab/>
      </w:r>
    </w:p>
    <w:p w14:paraId="1DAD21E8" w14:textId="15FA86BE" w:rsidR="00A61332" w:rsidRPr="00082607" w:rsidRDefault="00A61332" w:rsidP="00A61332">
      <w:pPr>
        <w:tabs>
          <w:tab w:val="right" w:leader="underscore" w:pos="10206"/>
        </w:tabs>
        <w:spacing w:after="0" w:line="245" w:lineRule="auto"/>
        <w:rPr>
          <w:lang w:val="sv-SE"/>
        </w:rPr>
      </w:pPr>
      <w:r>
        <w:rPr>
          <w:lang w:val="sv-SE"/>
        </w:rPr>
        <w:tab/>
      </w:r>
    </w:p>
    <w:p w14:paraId="72697465" w14:textId="77777777" w:rsidR="008A1B49" w:rsidRPr="00082607" w:rsidRDefault="00B157BB">
      <w:pPr>
        <w:rPr>
          <w:lang w:val="sv-SE"/>
        </w:rPr>
      </w:pPr>
      <w:r w:rsidRPr="00082607">
        <w:rPr>
          <w:lang w:val="sv-SE"/>
        </w:rPr>
        <w:br w:type="page"/>
      </w:r>
    </w:p>
    <w:p w14:paraId="59581D99" w14:textId="77777777" w:rsidR="00633E17" w:rsidRDefault="00633E17">
      <w:pPr>
        <w:keepNext/>
        <w:spacing w:before="20" w:after="60" w:line="245" w:lineRule="auto"/>
        <w:rPr>
          <w:b/>
          <w:color w:val="0E4673"/>
          <w:sz w:val="32"/>
          <w:lang w:val="sv-SE"/>
        </w:rPr>
      </w:pPr>
    </w:p>
    <w:p w14:paraId="52A32A7F" w14:textId="7B7BD99C" w:rsidR="008A1B49" w:rsidRPr="00082607" w:rsidRDefault="00B157BB">
      <w:pPr>
        <w:keepNext/>
        <w:spacing w:before="20" w:after="60" w:line="245" w:lineRule="auto"/>
        <w:rPr>
          <w:lang w:val="sv-SE"/>
        </w:rPr>
      </w:pPr>
      <w:r w:rsidRPr="00082607">
        <w:rPr>
          <w:b/>
          <w:color w:val="0E4673"/>
          <w:sz w:val="32"/>
          <w:lang w:val="sv-SE"/>
        </w:rPr>
        <w:t>Frågeformulär för förmedlarbolag</w:t>
      </w:r>
    </w:p>
    <w:p w14:paraId="1CE2150C" w14:textId="77777777" w:rsidR="00633E17" w:rsidRDefault="00633E17">
      <w:pPr>
        <w:keepNext/>
        <w:spacing w:before="20" w:after="40" w:line="245" w:lineRule="auto"/>
        <w:rPr>
          <w:b/>
          <w:color w:val="0E4673"/>
          <w:sz w:val="24"/>
          <w:lang w:val="sv-SE"/>
        </w:rPr>
      </w:pPr>
    </w:p>
    <w:p w14:paraId="58A221E0" w14:textId="24744E06" w:rsidR="008A1B49" w:rsidRPr="00082607" w:rsidRDefault="00B157BB">
      <w:pPr>
        <w:keepNext/>
        <w:spacing w:before="20" w:after="40" w:line="245" w:lineRule="auto"/>
        <w:rPr>
          <w:lang w:val="sv-SE"/>
        </w:rPr>
      </w:pPr>
      <w:r w:rsidRPr="00082607">
        <w:rPr>
          <w:b/>
          <w:color w:val="0E4673"/>
          <w:sz w:val="24"/>
          <w:lang w:val="sv-SE"/>
        </w:rPr>
        <w:t>Allmän information</w:t>
      </w:r>
    </w:p>
    <w:p w14:paraId="5AC12738" w14:textId="77777777" w:rsidR="00633E17" w:rsidRDefault="00633E17">
      <w:pPr>
        <w:spacing w:after="40" w:line="245" w:lineRule="auto"/>
        <w:rPr>
          <w:lang w:val="sv-SE"/>
        </w:rPr>
      </w:pPr>
    </w:p>
    <w:p w14:paraId="5EFA831D" w14:textId="4921344A" w:rsidR="008A1B49" w:rsidRPr="00082607" w:rsidRDefault="00B157BB" w:rsidP="00A61332">
      <w:pPr>
        <w:tabs>
          <w:tab w:val="right" w:leader="underscore" w:pos="10206"/>
        </w:tabs>
        <w:spacing w:after="40" w:line="245" w:lineRule="auto"/>
        <w:rPr>
          <w:lang w:val="sv-SE"/>
        </w:rPr>
      </w:pPr>
      <w:r w:rsidRPr="00082607">
        <w:rPr>
          <w:lang w:val="sv-SE"/>
        </w:rPr>
        <w:t>År då företaget etablerades:</w:t>
      </w:r>
      <w:r w:rsidR="00A61332">
        <w:rPr>
          <w:lang w:val="sv-SE"/>
        </w:rPr>
        <w:tab/>
      </w:r>
    </w:p>
    <w:p w14:paraId="4B84C939" w14:textId="52995141" w:rsidR="008A1B49" w:rsidRPr="00082607" w:rsidRDefault="00B157BB" w:rsidP="00A61332">
      <w:pPr>
        <w:tabs>
          <w:tab w:val="right" w:leader="underscore" w:pos="10206"/>
        </w:tabs>
        <w:spacing w:after="40" w:line="245" w:lineRule="auto"/>
        <w:rPr>
          <w:lang w:val="sv-SE"/>
        </w:rPr>
      </w:pPr>
      <w:r w:rsidRPr="00082607">
        <w:rPr>
          <w:lang w:val="sv-SE"/>
        </w:rPr>
        <w:t>Totalt antal anställda (inkl. försäkringsförmedlare):</w:t>
      </w:r>
      <w:r w:rsidR="00A61332">
        <w:rPr>
          <w:lang w:val="sv-SE"/>
        </w:rPr>
        <w:tab/>
      </w:r>
    </w:p>
    <w:p w14:paraId="402879CE" w14:textId="5ECF1443" w:rsidR="008A1B49" w:rsidRPr="00082607" w:rsidRDefault="00B157BB" w:rsidP="00A61332">
      <w:pPr>
        <w:tabs>
          <w:tab w:val="right" w:leader="underscore" w:pos="10206"/>
        </w:tabs>
        <w:spacing w:after="40" w:line="245" w:lineRule="auto"/>
        <w:rPr>
          <w:lang w:val="sv-SE"/>
        </w:rPr>
      </w:pPr>
      <w:r w:rsidRPr="00082607">
        <w:rPr>
          <w:lang w:val="sv-SE"/>
        </w:rPr>
        <w:t>Antal registrerade hos Finansinspektionen:</w:t>
      </w:r>
      <w:r w:rsidR="00A61332">
        <w:rPr>
          <w:lang w:val="sv-SE"/>
        </w:rPr>
        <w:tab/>
      </w:r>
    </w:p>
    <w:p w14:paraId="6BD5B577" w14:textId="77777777" w:rsidR="008A1B49" w:rsidRPr="00082607" w:rsidRDefault="00B157BB" w:rsidP="00A61332">
      <w:pPr>
        <w:tabs>
          <w:tab w:val="right" w:leader="underscore" w:pos="10206"/>
        </w:tabs>
        <w:spacing w:after="40" w:line="245" w:lineRule="auto"/>
        <w:rPr>
          <w:lang w:val="sv-SE"/>
        </w:rPr>
      </w:pPr>
      <w:r w:rsidRPr="00082607">
        <w:rPr>
          <w:lang w:val="sv-SE"/>
        </w:rPr>
        <w:t>Sakförsäkring:  ☐ Ja        ☐ Nej</w:t>
      </w:r>
    </w:p>
    <w:p w14:paraId="009F8A13" w14:textId="77777777" w:rsidR="008A1B49" w:rsidRPr="00082607" w:rsidRDefault="00B157BB" w:rsidP="00A61332">
      <w:pPr>
        <w:tabs>
          <w:tab w:val="right" w:leader="underscore" w:pos="10206"/>
        </w:tabs>
        <w:spacing w:after="40" w:line="245" w:lineRule="auto"/>
        <w:rPr>
          <w:lang w:val="sv-SE"/>
        </w:rPr>
      </w:pPr>
      <w:r w:rsidRPr="00082607">
        <w:rPr>
          <w:lang w:val="sv-SE"/>
        </w:rPr>
        <w:t>Livförsäkring:  ☐ Ja        ☐ Nej</w:t>
      </w:r>
    </w:p>
    <w:p w14:paraId="0380A77D" w14:textId="77777777" w:rsidR="008A1B49" w:rsidRPr="00082607" w:rsidRDefault="00B157BB" w:rsidP="00A61332">
      <w:pPr>
        <w:tabs>
          <w:tab w:val="right" w:leader="underscore" w:pos="10206"/>
        </w:tabs>
        <w:spacing w:after="40" w:line="245" w:lineRule="auto"/>
        <w:rPr>
          <w:lang w:val="sv-SE"/>
        </w:rPr>
      </w:pPr>
      <w:r w:rsidRPr="00082607">
        <w:rPr>
          <w:lang w:val="sv-SE"/>
        </w:rPr>
        <w:t>Både Sak- och livförsäkring:  ☐ Ja        ☐ Nej</w:t>
      </w:r>
    </w:p>
    <w:p w14:paraId="79A61CCE" w14:textId="49492C86" w:rsidR="008A1B49" w:rsidRPr="00082607" w:rsidRDefault="00B157BB" w:rsidP="00A61332">
      <w:pPr>
        <w:tabs>
          <w:tab w:val="right" w:leader="underscore" w:pos="10206"/>
        </w:tabs>
        <w:spacing w:after="40" w:line="245" w:lineRule="auto"/>
        <w:rPr>
          <w:lang w:val="sv-SE"/>
        </w:rPr>
      </w:pPr>
      <w:r w:rsidRPr="00082607">
        <w:rPr>
          <w:lang w:val="sv-SE"/>
        </w:rPr>
        <w:t xml:space="preserve">Antal </w:t>
      </w:r>
      <w:proofErr w:type="spellStart"/>
      <w:r w:rsidRPr="00082607">
        <w:rPr>
          <w:lang w:val="sv-SE"/>
        </w:rPr>
        <w:t>InsureSec</w:t>
      </w:r>
      <w:proofErr w:type="spellEnd"/>
      <w:r w:rsidRPr="00082607">
        <w:rPr>
          <w:lang w:val="sv-SE"/>
        </w:rPr>
        <w:t>-licensierade anställda:</w:t>
      </w:r>
      <w:r w:rsidR="00A61332">
        <w:rPr>
          <w:lang w:val="sv-SE"/>
        </w:rPr>
        <w:tab/>
      </w:r>
    </w:p>
    <w:p w14:paraId="74AC1196" w14:textId="3F350CA6" w:rsidR="008A1B49" w:rsidRDefault="00B157BB" w:rsidP="00A61332">
      <w:pPr>
        <w:tabs>
          <w:tab w:val="right" w:leader="underscore" w:pos="10206"/>
        </w:tabs>
        <w:spacing w:after="40" w:line="245" w:lineRule="auto"/>
        <w:rPr>
          <w:lang w:val="sv-SE"/>
        </w:rPr>
      </w:pPr>
      <w:r w:rsidRPr="00082607">
        <w:rPr>
          <w:lang w:val="sv-SE"/>
        </w:rPr>
        <w:t>Tillstånd hos Finansinspektionen:</w:t>
      </w:r>
      <w:r w:rsidR="00A61332">
        <w:rPr>
          <w:lang w:val="sv-SE"/>
        </w:rPr>
        <w:tab/>
      </w:r>
    </w:p>
    <w:p w14:paraId="082BA719" w14:textId="77777777" w:rsidR="008A1B49" w:rsidRPr="00082607" w:rsidRDefault="00B157BB" w:rsidP="00A61332">
      <w:pPr>
        <w:tabs>
          <w:tab w:val="right" w:leader="underscore" w:pos="10206"/>
        </w:tabs>
        <w:spacing w:after="80" w:line="245" w:lineRule="auto"/>
        <w:rPr>
          <w:lang w:val="sv-SE"/>
        </w:rPr>
      </w:pPr>
      <w:r w:rsidRPr="00082607">
        <w:rPr>
          <w:lang w:val="sv-SE"/>
        </w:rPr>
        <w:t>Används särskilda uppdragsavtal med kunden som tydligt beskriver uppdragets omfattning, båda parters ansvar och avtalsvillkor?  ☐ Ja        ☐ Nej</w:t>
      </w:r>
    </w:p>
    <w:p w14:paraId="10B95BFC" w14:textId="77777777" w:rsidR="00633E17" w:rsidRDefault="00633E17" w:rsidP="00A61332">
      <w:pPr>
        <w:keepNext/>
        <w:tabs>
          <w:tab w:val="right" w:leader="underscore" w:pos="10206"/>
        </w:tabs>
        <w:spacing w:before="20" w:after="20" w:line="245" w:lineRule="auto"/>
        <w:rPr>
          <w:b/>
          <w:color w:val="0E4673"/>
          <w:sz w:val="24"/>
          <w:lang w:val="sv-SE"/>
        </w:rPr>
      </w:pPr>
    </w:p>
    <w:p w14:paraId="0DB62A73" w14:textId="3F0A7F10" w:rsidR="008A1B49" w:rsidRDefault="00B157BB" w:rsidP="00A61332">
      <w:pPr>
        <w:keepNext/>
        <w:tabs>
          <w:tab w:val="right" w:leader="underscore" w:pos="10206"/>
        </w:tabs>
        <w:spacing w:before="20" w:after="20" w:line="245" w:lineRule="auto"/>
        <w:rPr>
          <w:b/>
          <w:color w:val="0E4673"/>
          <w:sz w:val="24"/>
          <w:lang w:val="sv-SE"/>
        </w:rPr>
      </w:pPr>
      <w:r w:rsidRPr="00082607">
        <w:rPr>
          <w:b/>
          <w:color w:val="0E4673"/>
          <w:sz w:val="24"/>
          <w:lang w:val="sv-SE"/>
        </w:rPr>
        <w:t>Verksamhetsbeskrivning</w:t>
      </w:r>
    </w:p>
    <w:p w14:paraId="60D42A32" w14:textId="77777777" w:rsidR="00633E17" w:rsidRPr="00082607" w:rsidRDefault="00633E17" w:rsidP="00A61332">
      <w:pPr>
        <w:keepNext/>
        <w:tabs>
          <w:tab w:val="right" w:leader="underscore" w:pos="10206"/>
        </w:tabs>
        <w:spacing w:before="20" w:after="20" w:line="245" w:lineRule="auto"/>
        <w:rPr>
          <w:lang w:val="sv-SE"/>
        </w:rPr>
      </w:pPr>
    </w:p>
    <w:p w14:paraId="20873261" w14:textId="358CE402" w:rsidR="008A1B49" w:rsidRPr="00082607" w:rsidRDefault="00B157BB" w:rsidP="00A61332">
      <w:pPr>
        <w:keepNext/>
        <w:tabs>
          <w:tab w:val="right" w:leader="underscore" w:pos="10206"/>
        </w:tabs>
        <w:spacing w:after="0" w:line="245" w:lineRule="auto"/>
        <w:rPr>
          <w:lang w:val="sv-SE"/>
        </w:rPr>
      </w:pPr>
      <w:r w:rsidRPr="00082607">
        <w:rPr>
          <w:lang w:val="sv-SE"/>
        </w:rPr>
        <w:t>Typ av försäkringar som förmedlas:</w:t>
      </w:r>
      <w:r w:rsidR="00A61332">
        <w:rPr>
          <w:lang w:val="sv-SE"/>
        </w:rPr>
        <w:tab/>
      </w:r>
      <w:r w:rsidR="00A61332">
        <w:rPr>
          <w:lang w:val="sv-SE"/>
        </w:rPr>
        <w:tab/>
      </w:r>
    </w:p>
    <w:p w14:paraId="43B35E51" w14:textId="77777777" w:rsidR="00633E17" w:rsidRPr="00082607" w:rsidRDefault="00633E17" w:rsidP="00A61332">
      <w:pPr>
        <w:tabs>
          <w:tab w:val="right" w:leader="underscore" w:pos="10206"/>
        </w:tabs>
        <w:spacing w:after="40" w:line="245" w:lineRule="auto"/>
        <w:rPr>
          <w:lang w:val="sv-SE"/>
        </w:rPr>
      </w:pPr>
    </w:p>
    <w:p w14:paraId="20974909" w14:textId="77777777" w:rsidR="00633E17" w:rsidRDefault="00B157BB" w:rsidP="00A61332">
      <w:pPr>
        <w:tabs>
          <w:tab w:val="right" w:leader="underscore" w:pos="10206"/>
        </w:tabs>
        <w:spacing w:after="80" w:line="245" w:lineRule="auto"/>
        <w:rPr>
          <w:lang w:val="sv-SE"/>
        </w:rPr>
      </w:pPr>
      <w:r w:rsidRPr="00082607">
        <w:rPr>
          <w:lang w:val="sv-SE"/>
        </w:rPr>
        <w:t xml:space="preserve">Tillhandahåller bolaget rådgivning baserat på opartisk och personlig analys utan ersättning </w:t>
      </w:r>
    </w:p>
    <w:p w14:paraId="6D57ACE9" w14:textId="1F126AC8" w:rsidR="008A1B49" w:rsidRPr="00082607" w:rsidRDefault="00B157BB" w:rsidP="00A61332">
      <w:pPr>
        <w:tabs>
          <w:tab w:val="right" w:leader="underscore" w:pos="10206"/>
        </w:tabs>
        <w:spacing w:after="80" w:line="245" w:lineRule="auto"/>
        <w:rPr>
          <w:lang w:val="sv-SE"/>
        </w:rPr>
      </w:pPr>
      <w:r w:rsidRPr="00082607">
        <w:rPr>
          <w:lang w:val="sv-SE"/>
        </w:rPr>
        <w:t>från tredje part?  ☐ Ja        ☐ Nej</w:t>
      </w:r>
    </w:p>
    <w:p w14:paraId="5B2FA64C" w14:textId="77777777" w:rsidR="00633E17" w:rsidRDefault="00633E17" w:rsidP="00A61332">
      <w:pPr>
        <w:keepNext/>
        <w:tabs>
          <w:tab w:val="right" w:leader="underscore" w:pos="10206"/>
        </w:tabs>
        <w:spacing w:before="20" w:after="20" w:line="245" w:lineRule="auto"/>
        <w:rPr>
          <w:b/>
          <w:color w:val="0E4673"/>
          <w:sz w:val="24"/>
          <w:lang w:val="sv-SE"/>
        </w:rPr>
      </w:pPr>
    </w:p>
    <w:p w14:paraId="57914A4C" w14:textId="050CE812" w:rsidR="008A1B49" w:rsidRDefault="00B157BB" w:rsidP="00A61332">
      <w:pPr>
        <w:keepNext/>
        <w:tabs>
          <w:tab w:val="right" w:leader="underscore" w:pos="10206"/>
        </w:tabs>
        <w:spacing w:before="20" w:after="20" w:line="245" w:lineRule="auto"/>
        <w:rPr>
          <w:b/>
          <w:color w:val="0E4673"/>
          <w:sz w:val="24"/>
          <w:lang w:val="sv-SE"/>
        </w:rPr>
      </w:pPr>
      <w:r w:rsidRPr="00082607">
        <w:rPr>
          <w:b/>
          <w:color w:val="0E4673"/>
          <w:sz w:val="24"/>
          <w:lang w:val="sv-SE"/>
        </w:rPr>
        <w:t>Tillsynsåtgärd</w:t>
      </w:r>
    </w:p>
    <w:p w14:paraId="2C648747" w14:textId="77777777" w:rsidR="00633E17" w:rsidRPr="00082607" w:rsidRDefault="00633E17" w:rsidP="00A61332">
      <w:pPr>
        <w:keepNext/>
        <w:tabs>
          <w:tab w:val="right" w:leader="underscore" w:pos="10206"/>
        </w:tabs>
        <w:spacing w:before="20" w:after="20" w:line="245" w:lineRule="auto"/>
        <w:rPr>
          <w:lang w:val="sv-SE"/>
        </w:rPr>
      </w:pPr>
    </w:p>
    <w:p w14:paraId="7BDC35EC" w14:textId="77777777" w:rsidR="008A1B49" w:rsidRPr="00082607" w:rsidRDefault="00B157BB" w:rsidP="00A61332">
      <w:pPr>
        <w:tabs>
          <w:tab w:val="right" w:leader="underscore" w:pos="10206"/>
        </w:tabs>
        <w:spacing w:after="20" w:line="245" w:lineRule="auto"/>
        <w:rPr>
          <w:lang w:val="sv-SE"/>
        </w:rPr>
      </w:pPr>
      <w:r w:rsidRPr="00082607">
        <w:rPr>
          <w:lang w:val="sv-SE"/>
        </w:rPr>
        <w:t>Har någon anställd varit föremål för ingripande av Finansinspektionen de senaste fem åren?</w:t>
      </w:r>
    </w:p>
    <w:p w14:paraId="4A0DA9A7" w14:textId="77777777" w:rsidR="008A1B49" w:rsidRPr="00082607" w:rsidRDefault="00B157BB" w:rsidP="00A61332">
      <w:pPr>
        <w:tabs>
          <w:tab w:val="right" w:leader="underscore" w:pos="10206"/>
        </w:tabs>
        <w:spacing w:after="20" w:line="245" w:lineRule="auto"/>
        <w:rPr>
          <w:lang w:val="sv-SE"/>
        </w:rPr>
      </w:pPr>
      <w:r w:rsidRPr="00082607">
        <w:rPr>
          <w:lang w:val="sv-SE"/>
        </w:rPr>
        <w:t>☐ Ja        ☐ Nej</w:t>
      </w:r>
    </w:p>
    <w:p w14:paraId="09323C85" w14:textId="5BA79ED2" w:rsidR="008A1B49" w:rsidRPr="00082607" w:rsidRDefault="00B157BB" w:rsidP="00A61332">
      <w:pPr>
        <w:keepNext/>
        <w:tabs>
          <w:tab w:val="right" w:leader="underscore" w:pos="10206"/>
        </w:tabs>
        <w:spacing w:after="0" w:line="245" w:lineRule="auto"/>
        <w:rPr>
          <w:lang w:val="sv-SE"/>
        </w:rPr>
      </w:pPr>
      <w:r w:rsidRPr="00082607">
        <w:rPr>
          <w:lang w:val="sv-SE"/>
        </w:rPr>
        <w:t>Om ja, specificera:</w:t>
      </w:r>
      <w:r w:rsidR="00A61332">
        <w:rPr>
          <w:lang w:val="sv-SE"/>
        </w:rPr>
        <w:tab/>
      </w:r>
    </w:p>
    <w:p w14:paraId="5ABC8B94" w14:textId="77777777" w:rsidR="00A61332" w:rsidRDefault="00A61332" w:rsidP="00A61332">
      <w:pPr>
        <w:keepNext/>
        <w:tabs>
          <w:tab w:val="right" w:leader="underscore" w:pos="10206"/>
        </w:tabs>
        <w:spacing w:before="20" w:after="20" w:line="245" w:lineRule="auto"/>
        <w:rPr>
          <w:lang w:val="sv-SE"/>
        </w:rPr>
      </w:pPr>
      <w:r>
        <w:rPr>
          <w:lang w:val="sv-SE"/>
        </w:rPr>
        <w:tab/>
      </w:r>
      <w:r>
        <w:rPr>
          <w:lang w:val="sv-SE"/>
        </w:rPr>
        <w:tab/>
      </w:r>
    </w:p>
    <w:p w14:paraId="5432E491" w14:textId="77777777" w:rsidR="00A61332" w:rsidRDefault="00A61332" w:rsidP="00A61332">
      <w:pPr>
        <w:keepNext/>
        <w:tabs>
          <w:tab w:val="right" w:leader="underscore" w:pos="10206"/>
        </w:tabs>
        <w:spacing w:before="20" w:after="20" w:line="245" w:lineRule="auto"/>
        <w:rPr>
          <w:lang w:val="sv-SE"/>
        </w:rPr>
      </w:pPr>
    </w:p>
    <w:p w14:paraId="20D68ECF" w14:textId="0E43A58E" w:rsidR="008A1B49" w:rsidRPr="00082607" w:rsidRDefault="00B157BB" w:rsidP="00A61332">
      <w:pPr>
        <w:keepNext/>
        <w:tabs>
          <w:tab w:val="right" w:leader="underscore" w:pos="10206"/>
        </w:tabs>
        <w:spacing w:before="20" w:after="20" w:line="245" w:lineRule="auto"/>
        <w:rPr>
          <w:lang w:val="sv-SE"/>
        </w:rPr>
      </w:pPr>
      <w:r w:rsidRPr="00082607">
        <w:rPr>
          <w:b/>
          <w:color w:val="0E4673"/>
          <w:sz w:val="24"/>
          <w:lang w:val="sv-SE"/>
        </w:rPr>
        <w:t>Övriga upplysningar</w:t>
      </w:r>
    </w:p>
    <w:p w14:paraId="1C5E6996" w14:textId="21905F14" w:rsidR="008A1B49" w:rsidRPr="00082607" w:rsidRDefault="00A61332" w:rsidP="00A61332">
      <w:pPr>
        <w:tabs>
          <w:tab w:val="right" w:leader="underscore" w:pos="10206"/>
        </w:tabs>
        <w:spacing w:after="0" w:line="245" w:lineRule="auto"/>
        <w:rPr>
          <w:lang w:val="sv-SE"/>
        </w:rPr>
      </w:pPr>
      <w:r>
        <w:rPr>
          <w:lang w:val="sv-SE"/>
        </w:rPr>
        <w:tab/>
      </w:r>
    </w:p>
    <w:p w14:paraId="0229F04D" w14:textId="1F431AEA" w:rsidR="008A1B49" w:rsidRPr="00082607" w:rsidRDefault="00A61332" w:rsidP="00A61332">
      <w:pPr>
        <w:tabs>
          <w:tab w:val="right" w:leader="underscore" w:pos="10206"/>
        </w:tabs>
        <w:rPr>
          <w:lang w:val="sv-SE"/>
        </w:rPr>
      </w:pPr>
      <w:r>
        <w:rPr>
          <w:lang w:val="sv-SE"/>
        </w:rPr>
        <w:tab/>
      </w:r>
      <w:r w:rsidR="00B157BB" w:rsidRPr="00082607">
        <w:rPr>
          <w:lang w:val="sv-SE"/>
        </w:rPr>
        <w:br w:type="page"/>
      </w:r>
    </w:p>
    <w:p w14:paraId="1DF47372" w14:textId="27A67CCC" w:rsidR="008A1B49" w:rsidRDefault="00B157BB">
      <w:pPr>
        <w:keepNext/>
        <w:spacing w:before="20" w:after="60" w:line="245" w:lineRule="auto"/>
        <w:rPr>
          <w:b/>
          <w:color w:val="0E4673"/>
          <w:sz w:val="24"/>
          <w:lang w:val="sv-SE"/>
        </w:rPr>
      </w:pPr>
      <w:r w:rsidRPr="00082607">
        <w:rPr>
          <w:b/>
          <w:color w:val="0E4673"/>
          <w:sz w:val="24"/>
          <w:lang w:val="sv-SE"/>
        </w:rPr>
        <w:lastRenderedPageBreak/>
        <w:t>Försäkran</w:t>
      </w:r>
    </w:p>
    <w:p w14:paraId="6398F6BA" w14:textId="77777777" w:rsidR="00633E17" w:rsidRPr="00082607" w:rsidRDefault="00633E17">
      <w:pPr>
        <w:keepNext/>
        <w:spacing w:before="20" w:after="60" w:line="245" w:lineRule="auto"/>
        <w:rPr>
          <w:lang w:val="sv-SE"/>
        </w:rPr>
      </w:pPr>
    </w:p>
    <w:p w14:paraId="45FD9C1B" w14:textId="77777777" w:rsidR="008A1B49" w:rsidRPr="00082607" w:rsidRDefault="00B157BB">
      <w:pPr>
        <w:spacing w:after="60" w:line="245" w:lineRule="auto"/>
        <w:rPr>
          <w:lang w:val="sv-SE"/>
        </w:rPr>
      </w:pPr>
      <w:proofErr w:type="gramStart"/>
      <w:r w:rsidRPr="00082607">
        <w:rPr>
          <w:sz w:val="21"/>
          <w:lang w:val="sv-SE"/>
        </w:rPr>
        <w:t xml:space="preserve">☐  </w:t>
      </w:r>
      <w:r w:rsidRPr="00082607">
        <w:rPr>
          <w:lang w:val="sv-SE"/>
        </w:rPr>
        <w:t>Jag</w:t>
      </w:r>
      <w:proofErr w:type="gramEnd"/>
      <w:r w:rsidRPr="00082607">
        <w:rPr>
          <w:lang w:val="sv-SE"/>
        </w:rPr>
        <w:t xml:space="preserve"> intygar att alla uppgifter är korrekta och att inga fakta undanhållits.</w:t>
      </w:r>
    </w:p>
    <w:p w14:paraId="2D5A916D" w14:textId="77777777" w:rsidR="008A1B49" w:rsidRPr="00082607" w:rsidRDefault="00B157BB">
      <w:pPr>
        <w:spacing w:after="60" w:line="245" w:lineRule="auto"/>
        <w:rPr>
          <w:lang w:val="sv-SE"/>
        </w:rPr>
      </w:pPr>
      <w:proofErr w:type="gramStart"/>
      <w:r w:rsidRPr="00082607">
        <w:rPr>
          <w:sz w:val="21"/>
          <w:lang w:val="sv-SE"/>
        </w:rPr>
        <w:t xml:space="preserve">☐  </w:t>
      </w:r>
      <w:r w:rsidRPr="00082607">
        <w:rPr>
          <w:lang w:val="sv-SE"/>
        </w:rPr>
        <w:t>Jag</w:t>
      </w:r>
      <w:proofErr w:type="gramEnd"/>
      <w:r w:rsidRPr="00082607">
        <w:rPr>
          <w:lang w:val="sv-SE"/>
        </w:rPr>
        <w:t xml:space="preserve"> är medveten om att de lämnade uppgifterna kommer att användas som underlag för försäkringsavtal vid ansökan om SFM gruppansvarsförsäkring.</w:t>
      </w:r>
    </w:p>
    <w:p w14:paraId="0689BF5E" w14:textId="77777777" w:rsidR="008A1B49" w:rsidRPr="00082607" w:rsidRDefault="00B157BB">
      <w:pPr>
        <w:spacing w:after="120" w:line="245" w:lineRule="auto"/>
        <w:rPr>
          <w:lang w:val="sv-SE"/>
        </w:rPr>
      </w:pPr>
      <w:proofErr w:type="gramStart"/>
      <w:r w:rsidRPr="00082607">
        <w:rPr>
          <w:sz w:val="21"/>
          <w:lang w:val="sv-SE"/>
        </w:rPr>
        <w:t xml:space="preserve">☐  </w:t>
      </w:r>
      <w:r w:rsidRPr="00082607">
        <w:rPr>
          <w:lang w:val="sv-SE"/>
        </w:rPr>
        <w:t>Jag</w:t>
      </w:r>
      <w:proofErr w:type="gramEnd"/>
      <w:r w:rsidRPr="00082607">
        <w:rPr>
          <w:lang w:val="sv-SE"/>
        </w:rPr>
        <w:t xml:space="preserve"> bekräftar att vi har tagit del av SFM:s hantering av personuppgifter, stadgar och yrkesetiska riktlinjer, vilka finns tillgängliga på www.sfm.se.</w:t>
      </w:r>
    </w:p>
    <w:p w14:paraId="6DB77898" w14:textId="77777777" w:rsidR="00633E17" w:rsidRDefault="00633E17">
      <w:pPr>
        <w:keepNext/>
        <w:spacing w:before="20" w:after="40" w:line="245" w:lineRule="auto"/>
        <w:rPr>
          <w:b/>
          <w:color w:val="0E4673"/>
          <w:sz w:val="24"/>
          <w:lang w:val="sv-SE"/>
        </w:rPr>
      </w:pPr>
    </w:p>
    <w:p w14:paraId="6D7F3889" w14:textId="4D165B40" w:rsidR="008A1B49" w:rsidRPr="00082607" w:rsidRDefault="00B157BB" w:rsidP="00A61332">
      <w:pPr>
        <w:keepNext/>
        <w:tabs>
          <w:tab w:val="right" w:leader="underscore" w:pos="10206"/>
        </w:tabs>
        <w:spacing w:before="20" w:after="40" w:line="245" w:lineRule="auto"/>
        <w:rPr>
          <w:lang w:val="sv-SE"/>
        </w:rPr>
      </w:pPr>
      <w:r w:rsidRPr="00082607">
        <w:rPr>
          <w:b/>
          <w:color w:val="0E4673"/>
          <w:sz w:val="24"/>
          <w:lang w:val="sv-SE"/>
        </w:rPr>
        <w:t>Ort och datum</w:t>
      </w:r>
    </w:p>
    <w:p w14:paraId="44A8D33C" w14:textId="515129AD" w:rsidR="008A1B49" w:rsidRPr="00082607" w:rsidRDefault="00B157BB" w:rsidP="00A61332">
      <w:pPr>
        <w:tabs>
          <w:tab w:val="right" w:leader="underscore" w:pos="10206"/>
        </w:tabs>
        <w:spacing w:after="40" w:line="245" w:lineRule="auto"/>
        <w:rPr>
          <w:lang w:val="sv-SE"/>
        </w:rPr>
      </w:pPr>
      <w:r w:rsidRPr="00082607">
        <w:rPr>
          <w:lang w:val="sv-SE"/>
        </w:rPr>
        <w:t>Ort:</w:t>
      </w:r>
      <w:r w:rsidR="00A61332">
        <w:rPr>
          <w:lang w:val="sv-SE"/>
        </w:rPr>
        <w:tab/>
      </w:r>
    </w:p>
    <w:p w14:paraId="1BBC7B31" w14:textId="28A23D2F" w:rsidR="008A1B49" w:rsidRDefault="00B157BB" w:rsidP="00A61332">
      <w:pPr>
        <w:tabs>
          <w:tab w:val="right" w:leader="underscore" w:pos="10206"/>
        </w:tabs>
        <w:spacing w:after="120" w:line="245" w:lineRule="auto"/>
        <w:rPr>
          <w:lang w:val="sv-SE"/>
        </w:rPr>
      </w:pPr>
      <w:r w:rsidRPr="00082607">
        <w:rPr>
          <w:lang w:val="sv-SE"/>
        </w:rPr>
        <w:t>Datum:</w:t>
      </w:r>
      <w:r w:rsidR="00A61332">
        <w:rPr>
          <w:lang w:val="sv-SE"/>
        </w:rPr>
        <w:tab/>
      </w:r>
    </w:p>
    <w:p w14:paraId="6520BD04" w14:textId="77777777" w:rsidR="00633E17" w:rsidRPr="00082607" w:rsidRDefault="00633E17" w:rsidP="00A61332">
      <w:pPr>
        <w:tabs>
          <w:tab w:val="right" w:leader="underscore" w:pos="10206"/>
        </w:tabs>
        <w:spacing w:after="120" w:line="245" w:lineRule="auto"/>
        <w:rPr>
          <w:lang w:val="sv-SE"/>
        </w:rPr>
      </w:pPr>
    </w:p>
    <w:p w14:paraId="28CECAD6" w14:textId="77777777" w:rsidR="008A1B49" w:rsidRPr="00082607" w:rsidRDefault="00B157BB" w:rsidP="00A61332">
      <w:pPr>
        <w:keepNext/>
        <w:tabs>
          <w:tab w:val="right" w:leader="underscore" w:pos="10206"/>
        </w:tabs>
        <w:spacing w:before="20" w:after="40" w:line="245" w:lineRule="auto"/>
        <w:rPr>
          <w:lang w:val="sv-SE"/>
        </w:rPr>
      </w:pPr>
      <w:r w:rsidRPr="00082607">
        <w:rPr>
          <w:b/>
          <w:color w:val="0E4673"/>
          <w:sz w:val="24"/>
          <w:lang w:val="sv-SE"/>
        </w:rPr>
        <w:t>Underskrift av behörig firmatecknare</w:t>
      </w:r>
    </w:p>
    <w:p w14:paraId="20484AE3" w14:textId="1598A819" w:rsidR="008A1B49" w:rsidRPr="00082607" w:rsidRDefault="00B157BB" w:rsidP="00A61332">
      <w:pPr>
        <w:tabs>
          <w:tab w:val="right" w:leader="underscore" w:pos="10206"/>
        </w:tabs>
        <w:spacing w:after="60" w:line="245" w:lineRule="auto"/>
        <w:rPr>
          <w:lang w:val="sv-SE"/>
        </w:rPr>
      </w:pPr>
      <w:r w:rsidRPr="00082607">
        <w:rPr>
          <w:lang w:val="sv-SE"/>
        </w:rPr>
        <w:t xml:space="preserve">Underskrift: </w:t>
      </w:r>
      <w:r w:rsidR="00A61332">
        <w:rPr>
          <w:lang w:val="sv-SE"/>
        </w:rPr>
        <w:tab/>
      </w:r>
    </w:p>
    <w:p w14:paraId="106DA376" w14:textId="7B9A0D4F" w:rsidR="008A1B49" w:rsidRDefault="00B157BB" w:rsidP="00A61332">
      <w:pPr>
        <w:tabs>
          <w:tab w:val="right" w:leader="underscore" w:pos="10206"/>
        </w:tabs>
        <w:spacing w:after="120" w:line="245" w:lineRule="auto"/>
      </w:pPr>
      <w:proofErr w:type="spellStart"/>
      <w:r>
        <w:t>Namnförtydligande</w:t>
      </w:r>
      <w:proofErr w:type="spellEnd"/>
      <w:r>
        <w:t>:</w:t>
      </w:r>
      <w:r w:rsidR="00A61332">
        <w:tab/>
      </w:r>
    </w:p>
    <w:p w14:paraId="592493CC" w14:textId="77777777" w:rsidR="008A1B49" w:rsidRDefault="00B157BB">
      <w:pPr>
        <w:keepNext/>
        <w:spacing w:before="20" w:after="40" w:line="245" w:lineRule="auto"/>
      </w:pPr>
      <w:r>
        <w:rPr>
          <w:b/>
          <w:color w:val="0E4673"/>
          <w:sz w:val="24"/>
        </w:rPr>
        <w:t>Bifogade dokument</w:t>
      </w:r>
    </w:p>
    <w:p w14:paraId="6B46E035" w14:textId="77777777" w:rsidR="008A1B49" w:rsidRPr="00082607" w:rsidRDefault="00B157BB">
      <w:pPr>
        <w:pStyle w:val="Punktlista"/>
        <w:spacing w:after="30" w:line="240" w:lineRule="auto"/>
        <w:ind w:left="331" w:hanging="202"/>
        <w:rPr>
          <w:lang w:val="sv-SE"/>
        </w:rPr>
      </w:pPr>
      <w:r w:rsidRPr="00082607">
        <w:rPr>
          <w:sz w:val="19"/>
          <w:lang w:val="sv-SE"/>
        </w:rPr>
        <w:t>Registreringsbevis från Bolagsverket där firmatecknare framgår.</w:t>
      </w:r>
    </w:p>
    <w:p w14:paraId="19144F10" w14:textId="77777777" w:rsidR="008A1B49" w:rsidRPr="00082607" w:rsidRDefault="00B157BB">
      <w:pPr>
        <w:spacing w:before="60" w:after="20" w:line="245" w:lineRule="auto"/>
        <w:rPr>
          <w:lang w:val="sv-SE"/>
        </w:rPr>
      </w:pPr>
      <w:r w:rsidRPr="00082607">
        <w:rPr>
          <w:sz w:val="19"/>
          <w:lang w:val="sv-SE"/>
        </w:rPr>
        <w:t>Ansökan behandlas vid nästa styrelsemöte, där beslut om medlemskap fattas. Remissutskick till föreningens medlemmar och branschrepresentanter sker minst två veckor innan mötet för att möjliggöra synpunkter.</w:t>
      </w:r>
    </w:p>
    <w:sectPr w:rsidR="008A1B49" w:rsidRPr="00082607" w:rsidSect="00034616">
      <w:headerReference w:type="default" r:id="rId11"/>
      <w:footerReference w:type="default" r:id="rId12"/>
      <w:pgSz w:w="12240" w:h="15840"/>
      <w:pgMar w:top="893" w:right="1037" w:bottom="792" w:left="103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986D6F3" w14:textId="77777777" w:rsidR="00DD260B" w:rsidRDefault="00DD260B">
      <w:pPr>
        <w:spacing w:after="0" w:line="240" w:lineRule="auto"/>
      </w:pPr>
      <w:r>
        <w:separator/>
      </w:r>
    </w:p>
  </w:endnote>
  <w:endnote w:type="continuationSeparator" w:id="0">
    <w:p w14:paraId="3C66D085" w14:textId="77777777" w:rsidR="00DD260B" w:rsidRDefault="00DD26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6FB683D" w14:textId="66FBC4C9" w:rsidR="008A1B49" w:rsidRDefault="009F22A8">
    <w:pPr>
      <w:pStyle w:val="Sidfot"/>
      <w:jc w:val="right"/>
    </w:pPr>
    <w:proofErr w:type="spellStart"/>
    <w:r>
      <w:rPr>
        <w:color w:val="646464"/>
        <w:sz w:val="16"/>
      </w:rPr>
      <w:t>Medlemsansökan</w:t>
    </w:r>
    <w:proofErr w:type="spellEnd"/>
    <w:r>
      <w:rPr>
        <w:color w:val="646464"/>
        <w:sz w:val="16"/>
      </w:rPr>
      <w:t xml:space="preserve"> </w:t>
    </w:r>
    <w:proofErr w:type="spellStart"/>
    <w:r>
      <w:rPr>
        <w:color w:val="646464"/>
        <w:sz w:val="16"/>
      </w:rPr>
      <w:t>förmedlarbolag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DBD4B4A" w14:textId="77777777" w:rsidR="00DD260B" w:rsidRDefault="00DD260B">
      <w:pPr>
        <w:spacing w:after="0" w:line="240" w:lineRule="auto"/>
      </w:pPr>
      <w:r>
        <w:separator/>
      </w:r>
    </w:p>
  </w:footnote>
  <w:footnote w:type="continuationSeparator" w:id="0">
    <w:p w14:paraId="0D93D3BD" w14:textId="77777777" w:rsidR="00DD260B" w:rsidRDefault="00DD26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D336F1B" w14:textId="77777777" w:rsidR="008A1B49" w:rsidRDefault="00B157BB">
    <w:pPr>
      <w:pStyle w:val="Sidhuvud"/>
    </w:pPr>
    <w:r>
      <w:rPr>
        <w:noProof/>
      </w:rPr>
      <w:drawing>
        <wp:inline distT="0" distB="0" distL="0" distR="0" wp14:anchorId="1E627BE1" wp14:editId="43372694">
          <wp:extent cx="2057400" cy="506054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786857e7-0d41-4d14-8c75-663a4eda9e4c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57400" cy="50605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reradlist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reradlist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ktlist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ktlist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CE0AE32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4EDF7642"/>
    <w:multiLevelType w:val="hybridMultilevel"/>
    <w:tmpl w:val="3A0677E4"/>
    <w:lvl w:ilvl="0" w:tplc="041D0001">
      <w:start w:val="1"/>
      <w:numFmt w:val="bullet"/>
      <w:lvlText w:val=""/>
      <w:lvlJc w:val="left"/>
      <w:pPr>
        <w:ind w:left="1051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71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491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11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31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51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71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091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11" w:hanging="360"/>
      </w:pPr>
      <w:rPr>
        <w:rFonts w:ascii="Wingdings" w:hAnsi="Wingdings" w:hint="default"/>
      </w:rPr>
    </w:lvl>
  </w:abstractNum>
  <w:num w:numId="1" w16cid:durableId="1625774247">
    <w:abstractNumId w:val="8"/>
  </w:num>
  <w:num w:numId="2" w16cid:durableId="204369694">
    <w:abstractNumId w:val="6"/>
  </w:num>
  <w:num w:numId="3" w16cid:durableId="1680765781">
    <w:abstractNumId w:val="5"/>
  </w:num>
  <w:num w:numId="4" w16cid:durableId="1718160939">
    <w:abstractNumId w:val="4"/>
  </w:num>
  <w:num w:numId="5" w16cid:durableId="1303929023">
    <w:abstractNumId w:val="7"/>
  </w:num>
  <w:num w:numId="6" w16cid:durableId="1794979946">
    <w:abstractNumId w:val="3"/>
  </w:num>
  <w:num w:numId="7" w16cid:durableId="1580214333">
    <w:abstractNumId w:val="2"/>
  </w:num>
  <w:num w:numId="8" w16cid:durableId="425733612">
    <w:abstractNumId w:val="1"/>
  </w:num>
  <w:num w:numId="9" w16cid:durableId="1803309742">
    <w:abstractNumId w:val="0"/>
  </w:num>
  <w:num w:numId="10" w16cid:durableId="604462871">
    <w:abstractNumId w:val="9"/>
  </w:num>
  <w:num w:numId="11" w16cid:durableId="1762481669">
    <w:abstractNumId w:val="8"/>
  </w:num>
  <w:num w:numId="12" w16cid:durableId="1404402609">
    <w:abstractNumId w:val="8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9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82607"/>
    <w:rsid w:val="00110CF3"/>
    <w:rsid w:val="0015074B"/>
    <w:rsid w:val="0029639D"/>
    <w:rsid w:val="00326F90"/>
    <w:rsid w:val="00555507"/>
    <w:rsid w:val="005755C6"/>
    <w:rsid w:val="00633E17"/>
    <w:rsid w:val="00714126"/>
    <w:rsid w:val="008A1B49"/>
    <w:rsid w:val="009F22A8"/>
    <w:rsid w:val="00A61332"/>
    <w:rsid w:val="00AA1D8D"/>
    <w:rsid w:val="00B157BB"/>
    <w:rsid w:val="00B47730"/>
    <w:rsid w:val="00CB0664"/>
    <w:rsid w:val="00DD260B"/>
    <w:rsid w:val="00F2296E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FDDFD03"/>
  <w14:defaultImageDpi w14:val="300"/>
  <w15:docId w15:val="{1E959219-5049-4DFA-9886-88E0D4A13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ptos" w:eastAsia="Aptos" w:hAnsi="Aptos"/>
      <w:sz w:val="20"/>
    </w:rPr>
  </w:style>
  <w:style w:type="paragraph" w:styleId="Rubrik1">
    <w:name w:val="heading 1"/>
    <w:basedOn w:val="Normal"/>
    <w:next w:val="Normal"/>
    <w:link w:val="Rubri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E618BF"/>
  </w:style>
  <w:style w:type="paragraph" w:styleId="Sidfot">
    <w:name w:val="footer"/>
    <w:basedOn w:val="Normal"/>
    <w:link w:val="Sidfo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E618BF"/>
  </w:style>
  <w:style w:type="paragraph" w:styleId="Ingetavstnd">
    <w:name w:val="No Spacing"/>
    <w:uiPriority w:val="1"/>
    <w:qFormat/>
    <w:rsid w:val="00FC693F"/>
    <w:pPr>
      <w:spacing w:after="0" w:line="240" w:lineRule="auto"/>
    </w:pPr>
  </w:style>
  <w:style w:type="character" w:customStyle="1" w:styleId="Rubrik1Char">
    <w:name w:val="Rubrik 1 Char"/>
    <w:basedOn w:val="Standardstycketeckensnitt"/>
    <w:link w:val="Rubri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Rubrik">
    <w:name w:val="Title"/>
    <w:basedOn w:val="Normal"/>
    <w:next w:val="Normal"/>
    <w:link w:val="Rubrik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stycke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rdtext">
    <w:name w:val="Body Text"/>
    <w:basedOn w:val="Normal"/>
    <w:link w:val="BrdtextChar"/>
    <w:uiPriority w:val="99"/>
    <w:unhideWhenUsed/>
    <w:rsid w:val="00AA1D8D"/>
    <w:pPr>
      <w:spacing w:after="120"/>
    </w:pPr>
  </w:style>
  <w:style w:type="character" w:customStyle="1" w:styleId="BrdtextChar">
    <w:name w:val="Brödtext Char"/>
    <w:basedOn w:val="Standardstycketeckensnitt"/>
    <w:link w:val="Brdtext"/>
    <w:uiPriority w:val="99"/>
    <w:rsid w:val="00AA1D8D"/>
  </w:style>
  <w:style w:type="paragraph" w:styleId="Brdtext2">
    <w:name w:val="Body Text 2"/>
    <w:basedOn w:val="Normal"/>
    <w:link w:val="Brdtext2Char"/>
    <w:uiPriority w:val="99"/>
    <w:unhideWhenUsed/>
    <w:rsid w:val="00AA1D8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rsid w:val="00AA1D8D"/>
  </w:style>
  <w:style w:type="paragraph" w:styleId="Brdtext3">
    <w:name w:val="Body Text 3"/>
    <w:basedOn w:val="Normal"/>
    <w:link w:val="Brd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Punktlista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Punktlista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Punktlista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reradlist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reradlist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reradlist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fortstt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fortstt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fortstt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text">
    <w:name w:val="macro"/>
    <w:link w:val="Mak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rsid w:val="0029639D"/>
    <w:rPr>
      <w:rFonts w:ascii="Courier" w:hAnsi="Courier"/>
      <w:sz w:val="20"/>
      <w:szCs w:val="20"/>
    </w:rPr>
  </w:style>
  <w:style w:type="paragraph" w:styleId="Citat">
    <w:name w:val="Quote"/>
    <w:basedOn w:val="Normal"/>
    <w:next w:val="Normal"/>
    <w:link w:val="CitatChar"/>
    <w:uiPriority w:val="29"/>
    <w:qFormat/>
    <w:rsid w:val="00FC693F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rsid w:val="00FC693F"/>
    <w:rPr>
      <w:i/>
      <w:iCs/>
      <w:color w:val="000000" w:themeColor="text1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eskrivning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ark">
    <w:name w:val="Strong"/>
    <w:basedOn w:val="Standardstycketeckensnitt"/>
    <w:uiPriority w:val="22"/>
    <w:qFormat/>
    <w:rsid w:val="00FC693F"/>
    <w:rPr>
      <w:b/>
      <w:bCs/>
    </w:rPr>
  </w:style>
  <w:style w:type="character" w:styleId="Betoning">
    <w:name w:val="Emphasis"/>
    <w:basedOn w:val="Standardstycketeckensnitt"/>
    <w:uiPriority w:val="20"/>
    <w:qFormat/>
    <w:rsid w:val="00FC693F"/>
    <w:rPr>
      <w:i/>
      <w:iCs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FC693F"/>
    <w:rPr>
      <w:b/>
      <w:bCs/>
      <w:i/>
      <w:iCs/>
      <w:color w:val="4F81BD" w:themeColor="accent1"/>
    </w:rPr>
  </w:style>
  <w:style w:type="character" w:styleId="Diskretbetoning">
    <w:name w:val="Subtle Emphasis"/>
    <w:basedOn w:val="Standardstycketeckensnitt"/>
    <w:uiPriority w:val="19"/>
    <w:qFormat/>
    <w:rsid w:val="00FC693F"/>
    <w:rPr>
      <w:i/>
      <w:iCs/>
      <w:color w:val="808080" w:themeColor="text1" w:themeTint="7F"/>
    </w:rPr>
  </w:style>
  <w:style w:type="character" w:styleId="Starkbetoning">
    <w:name w:val="Intense Emphasis"/>
    <w:basedOn w:val="Standardstycketeckensnitt"/>
    <w:uiPriority w:val="21"/>
    <w:qFormat/>
    <w:rsid w:val="00FC693F"/>
    <w:rPr>
      <w:b/>
      <w:bCs/>
      <w:i/>
      <w:iCs/>
      <w:color w:val="4F81BD" w:themeColor="accent1"/>
    </w:rPr>
  </w:style>
  <w:style w:type="character" w:styleId="Diskretreferens">
    <w:name w:val="Subtle Reference"/>
    <w:basedOn w:val="Standardstycketeckensnitt"/>
    <w:uiPriority w:val="31"/>
    <w:qFormat/>
    <w:rsid w:val="00FC693F"/>
    <w:rPr>
      <w:smallCaps/>
      <w:color w:val="C0504D" w:themeColor="accent2"/>
      <w:u w:val="single"/>
    </w:rPr>
  </w:style>
  <w:style w:type="character" w:styleId="Starkreferens">
    <w:name w:val="Intense Reference"/>
    <w:basedOn w:val="Standardstycketeckensnit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kenstitel">
    <w:name w:val="Book Title"/>
    <w:basedOn w:val="Standardstycketeckensnitt"/>
    <w:uiPriority w:val="33"/>
    <w:qFormat/>
    <w:rsid w:val="00FC693F"/>
    <w:rPr>
      <w:b/>
      <w:bCs/>
      <w:smallCap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FC693F"/>
    <w:pPr>
      <w:outlineLvl w:val="9"/>
    </w:pPr>
  </w:style>
  <w:style w:type="table" w:styleId="Tabellrutnt">
    <w:name w:val="Table Grid"/>
    <w:basedOn w:val="Normaltabel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skuggning">
    <w:name w:val="Light Shading"/>
    <w:basedOn w:val="Normaltabel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juslista">
    <w:name w:val="Light List"/>
    <w:basedOn w:val="Normaltabel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juslista-dekorfrg2">
    <w:name w:val="Light List Accent 2"/>
    <w:basedOn w:val="Normal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juslista-dekorfrg3">
    <w:name w:val="Light List Accent 3"/>
    <w:basedOn w:val="Normal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juslista-dekorfrg4">
    <w:name w:val="Light List Accent 4"/>
    <w:basedOn w:val="Normal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juslista-dekorfrg5">
    <w:name w:val="Light List Accent 5"/>
    <w:basedOn w:val="Normal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juslista-dekorfrg6">
    <w:name w:val="Light List Accent 6"/>
    <w:basedOn w:val="Normal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justrutnt">
    <w:name w:val="Light Grid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justrutnt-dekorfrg2">
    <w:name w:val="Light Grid Accent 2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justrutnt-dekorfrg3">
    <w:name w:val="Light Grid Accent 3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justrutnt-dekorfrg4">
    <w:name w:val="Light Grid Accent 4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justrutnt-dekorfrg5">
    <w:name w:val="Light Grid Accent 5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justrutnt-dekorfrg6">
    <w:name w:val="Light Grid Accent 6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llanmrkskuggning1">
    <w:name w:val="Medium Shading 1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lista1">
    <w:name w:val="Medium List 1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llanmrklista2">
    <w:name w:val="Medium List 2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trutnt1">
    <w:name w:val="Medium Grid 1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llanmrktrutnt2">
    <w:name w:val="Medium Grid 2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rklista">
    <w:name w:val="Dark List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Mrklista-dekorfrg2">
    <w:name w:val="Dark List Accent 2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Mrklista-dekorfrg3">
    <w:name w:val="Dark List Accent 3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Mrklista-dekorfrg4">
    <w:name w:val="Dark List Accent 4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Mrklista-dekorfrg5">
    <w:name w:val="Dark List Accent 5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Mrklista-dekorfrg6">
    <w:name w:val="Dark List Accent 6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rgadskuggning">
    <w:name w:val="Colorful Shading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lista">
    <w:name w:val="Colorful List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rgadlista-dekorfrg2">
    <w:name w:val="Colorful List Accent 2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rgadlista-dekorfrg3">
    <w:name w:val="Colorful List Accent 3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rgadlista-dekorfrg4">
    <w:name w:val="Colorful List Accent 4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rgadlista-dekorfrg5">
    <w:name w:val="Colorful List Accent 5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rgadlista-dekorfrg6">
    <w:name w:val="Colorful List Accent 6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rgatrutnt">
    <w:name w:val="Colorful Grid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rgatrutnt-dekorfrg2">
    <w:name w:val="Colorful Grid Accent 2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rgatrutnt-dekorfrg3">
    <w:name w:val="Colorful Grid Accent 3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rgatrutnt-dekorfrg4">
    <w:name w:val="Colorful Grid Accent 4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rgatrutnt-dekorfrg5">
    <w:name w:val="Colorful Grid Accent 5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rgatrutnt-dekorfrg6">
    <w:name w:val="Colorful Grid Accent 6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nk">
    <w:name w:val="Hyperlink"/>
    <w:basedOn w:val="Standardstycketeckensnitt"/>
    <w:uiPriority w:val="99"/>
    <w:unhideWhenUsed/>
    <w:rsid w:val="00082607"/>
    <w:rPr>
      <w:color w:val="0000FF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0826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d10833a-35a9-4f9f-b2be-6af50641bd56">
      <Terms xmlns="http://schemas.microsoft.com/office/infopath/2007/PartnerControls"/>
    </lcf76f155ced4ddcb4097134ff3c332f>
    <TaxCatchAll xmlns="06c93f85-cd31-4b4a-a11a-b06d1ada9167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848875B93BE5940960BD3A3F1735CDE" ma:contentTypeVersion="18" ma:contentTypeDescription="Skapa ett nytt dokument." ma:contentTypeScope="" ma:versionID="e1d396cdc1de8338236c44d727e5193a">
  <xsd:schema xmlns:xsd="http://www.w3.org/2001/XMLSchema" xmlns:xs="http://www.w3.org/2001/XMLSchema" xmlns:p="http://schemas.microsoft.com/office/2006/metadata/properties" xmlns:ns2="4d10833a-35a9-4f9f-b2be-6af50641bd56" xmlns:ns3="06c93f85-cd31-4b4a-a11a-b06d1ada9167" targetNamespace="http://schemas.microsoft.com/office/2006/metadata/properties" ma:root="true" ma:fieldsID="a4b73aaa3598391dd5fe5875c3b08c2f" ns2:_="" ns3:_="">
    <xsd:import namespace="4d10833a-35a9-4f9f-b2be-6af50641bd56"/>
    <xsd:import namespace="06c93f85-cd31-4b4a-a11a-b06d1ada91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10833a-35a9-4f9f-b2be-6af50641bd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markeringar" ma:readOnly="false" ma:fieldId="{5cf76f15-5ced-4ddc-b409-7134ff3c332f}" ma:taxonomyMulti="true" ma:sspId="b5b96af3-4930-4500-9e0f-b9b4d0b7e14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c93f85-cd31-4b4a-a11a-b06d1ada916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lat med information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6d99406-86b9-448a-a8a2-38e1cab510e8}" ma:internalName="TaxCatchAll" ma:showField="CatchAllData" ma:web="06c93f85-cd31-4b4a-a11a-b06d1ada916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CD1D77-AB4F-40EF-99AC-147F6F12939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49DD588-2B80-4966-9415-A34C87E4120C}">
  <ds:schemaRefs>
    <ds:schemaRef ds:uri="http://schemas.microsoft.com/office/2006/metadata/properties"/>
    <ds:schemaRef ds:uri="http://schemas.microsoft.com/office/infopath/2007/PartnerControls"/>
    <ds:schemaRef ds:uri="4d10833a-35a9-4f9f-b2be-6af50641bd56"/>
    <ds:schemaRef ds:uri="06c93f85-cd31-4b4a-a11a-b06d1ada9167"/>
  </ds:schemaRefs>
</ds:datastoreItem>
</file>

<file path=customXml/itemProps3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4A33489-FBBF-441D-907D-75BC458439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10833a-35a9-4f9f-b2be-6af50641bd56"/>
    <ds:schemaRef ds:uri="06c93f85-cd31-4b4a-a11a-b06d1ada91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643</Words>
  <Characters>3409</Characters>
  <Application>Microsoft Office Word</Application>
  <DocSecurity>0</DocSecurity>
  <Lines>28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4044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Spektra Design</cp:lastModifiedBy>
  <cp:revision>2</cp:revision>
  <dcterms:created xsi:type="dcterms:W3CDTF">2026-08-12T08:58:00Z</dcterms:created>
  <dcterms:modified xsi:type="dcterms:W3CDTF">2026-08-12T08:58:00Z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0x010100F848875B93BE5940960BD3A3F1735CDE</vt:lpwstr>
  </property>
</Properties>
</file>