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54E297" w14:textId="77777777" w:rsidR="00270E3E" w:rsidRDefault="00270E3E">
      <w:pPr>
        <w:spacing w:before="80" w:after="100"/>
        <w:rPr>
          <w:b/>
          <w:color w:val="0B4F7A"/>
          <w:sz w:val="33"/>
          <w:lang w:val="sv-SE"/>
        </w:rPr>
      </w:pPr>
    </w:p>
    <w:p w14:paraId="03B8350D" w14:textId="1E4B85B3" w:rsidR="00B938B5" w:rsidRPr="00270E3E" w:rsidRDefault="003C7832">
      <w:pPr>
        <w:spacing w:before="80" w:after="100"/>
        <w:rPr>
          <w:lang w:val="sv-SE"/>
        </w:rPr>
      </w:pPr>
      <w:r w:rsidRPr="00270E3E">
        <w:rPr>
          <w:b/>
          <w:color w:val="0B4F7A"/>
          <w:sz w:val="33"/>
          <w:lang w:val="sv-SE"/>
        </w:rPr>
        <w:t>Förenklad medlemsansökan – förmedlare</w:t>
      </w:r>
    </w:p>
    <w:p w14:paraId="4CD7EE17" w14:textId="77777777" w:rsidR="00B938B5" w:rsidRPr="00270E3E" w:rsidRDefault="003C7832">
      <w:pPr>
        <w:spacing w:after="60" w:line="247" w:lineRule="auto"/>
        <w:rPr>
          <w:lang w:val="sv-SE"/>
        </w:rPr>
      </w:pPr>
      <w:r w:rsidRPr="00270E3E">
        <w:rPr>
          <w:color w:val="1F1F1F"/>
          <w:sz w:val="19"/>
          <w:lang w:val="sv-SE"/>
        </w:rPr>
        <w:t xml:space="preserve">Den förenklade medlemsansökan är avsedd för förmedlare som uppfyller samtliga </w:t>
      </w:r>
      <w:proofErr w:type="gramStart"/>
      <w:r w:rsidRPr="00270E3E">
        <w:rPr>
          <w:color w:val="1F1F1F"/>
          <w:sz w:val="19"/>
          <w:lang w:val="sv-SE"/>
        </w:rPr>
        <w:t>nedanstående kriterier</w:t>
      </w:r>
      <w:proofErr w:type="gramEnd"/>
      <w:r w:rsidRPr="00270E3E">
        <w:rPr>
          <w:color w:val="1F1F1F"/>
          <w:sz w:val="19"/>
          <w:lang w:val="sv-SE"/>
        </w:rPr>
        <w:t>:</w:t>
      </w:r>
    </w:p>
    <w:p w14:paraId="12D5D54E" w14:textId="77777777" w:rsidR="00B938B5" w:rsidRPr="00270E3E" w:rsidRDefault="003C7832">
      <w:pPr>
        <w:pStyle w:val="Punktlista"/>
        <w:spacing w:after="30" w:line="240" w:lineRule="auto"/>
        <w:ind w:left="283" w:hanging="142"/>
        <w:rPr>
          <w:lang w:val="sv-SE"/>
        </w:rPr>
      </w:pPr>
      <w:r w:rsidRPr="00270E3E">
        <w:rPr>
          <w:color w:val="1F1F1F"/>
          <w:sz w:val="18"/>
          <w:lang w:val="sv-SE"/>
        </w:rPr>
        <w:t>tidigare har varit medlem i föreningen senast två månader innan inkommen ansökan,</w:t>
      </w:r>
    </w:p>
    <w:p w14:paraId="3064C8DC" w14:textId="77777777" w:rsidR="00B938B5" w:rsidRPr="00270E3E" w:rsidRDefault="003C7832">
      <w:pPr>
        <w:pStyle w:val="Punktlista"/>
        <w:spacing w:after="30" w:line="240" w:lineRule="auto"/>
        <w:ind w:left="283" w:hanging="142"/>
        <w:rPr>
          <w:lang w:val="sv-SE"/>
        </w:rPr>
      </w:pPr>
      <w:r w:rsidRPr="00270E3E">
        <w:rPr>
          <w:color w:val="1F1F1F"/>
          <w:sz w:val="18"/>
          <w:lang w:val="sv-SE"/>
        </w:rPr>
        <w:t>är verksam i ett förmedlarbolag som är medlem i föreningen,</w:t>
      </w:r>
    </w:p>
    <w:p w14:paraId="257A6A41" w14:textId="77777777" w:rsidR="00B938B5" w:rsidRPr="00270E3E" w:rsidRDefault="003C7832">
      <w:pPr>
        <w:pStyle w:val="Punktlista"/>
        <w:spacing w:after="30" w:line="240" w:lineRule="auto"/>
        <w:ind w:left="283" w:hanging="142"/>
        <w:rPr>
          <w:lang w:val="sv-SE"/>
        </w:rPr>
      </w:pPr>
      <w:r w:rsidRPr="00270E3E">
        <w:rPr>
          <w:color w:val="1F1F1F"/>
          <w:sz w:val="18"/>
          <w:lang w:val="sv-SE"/>
        </w:rPr>
        <w:t>har tillstånd som försäkringsförmedlare hos Finansinspektionen och är registrerad hos Bolagsverket eller anmäld till Finansinspektionen enligt gällande författningar,</w:t>
      </w:r>
    </w:p>
    <w:p w14:paraId="644AFA48" w14:textId="77777777" w:rsidR="00B938B5" w:rsidRDefault="003C7832">
      <w:pPr>
        <w:pStyle w:val="Punktlista"/>
        <w:spacing w:after="30" w:line="240" w:lineRule="auto"/>
        <w:ind w:left="283" w:hanging="142"/>
      </w:pPr>
      <w:proofErr w:type="spellStart"/>
      <w:r>
        <w:rPr>
          <w:color w:val="1F1F1F"/>
          <w:sz w:val="18"/>
        </w:rPr>
        <w:t>inte</w:t>
      </w:r>
      <w:proofErr w:type="spellEnd"/>
      <w:r>
        <w:rPr>
          <w:color w:val="1F1F1F"/>
          <w:sz w:val="18"/>
        </w:rPr>
        <w:t xml:space="preserve"> </w:t>
      </w:r>
      <w:proofErr w:type="spellStart"/>
      <w:r>
        <w:rPr>
          <w:color w:val="1F1F1F"/>
          <w:sz w:val="18"/>
        </w:rPr>
        <w:t>är</w:t>
      </w:r>
      <w:proofErr w:type="spellEnd"/>
      <w:r>
        <w:rPr>
          <w:color w:val="1F1F1F"/>
          <w:sz w:val="18"/>
        </w:rPr>
        <w:t xml:space="preserve"> </w:t>
      </w:r>
      <w:proofErr w:type="spellStart"/>
      <w:r>
        <w:rPr>
          <w:color w:val="1F1F1F"/>
          <w:sz w:val="18"/>
        </w:rPr>
        <w:t>anknuten</w:t>
      </w:r>
      <w:proofErr w:type="spellEnd"/>
      <w:r>
        <w:rPr>
          <w:color w:val="1F1F1F"/>
          <w:sz w:val="18"/>
        </w:rPr>
        <w:t xml:space="preserve"> </w:t>
      </w:r>
      <w:proofErr w:type="spellStart"/>
      <w:r>
        <w:rPr>
          <w:color w:val="1F1F1F"/>
          <w:sz w:val="18"/>
        </w:rPr>
        <w:t>försäkringsförmedlare</w:t>
      </w:r>
      <w:proofErr w:type="spellEnd"/>
      <w:r>
        <w:rPr>
          <w:color w:val="1F1F1F"/>
          <w:sz w:val="18"/>
        </w:rPr>
        <w:t>,</w:t>
      </w:r>
    </w:p>
    <w:p w14:paraId="2B707E9D" w14:textId="77777777" w:rsidR="00B938B5" w:rsidRPr="00270E3E" w:rsidRDefault="003C7832">
      <w:pPr>
        <w:pStyle w:val="Punktlista"/>
        <w:spacing w:after="30" w:line="240" w:lineRule="auto"/>
        <w:ind w:left="283" w:hanging="142"/>
        <w:rPr>
          <w:lang w:val="sv-SE"/>
        </w:rPr>
      </w:pPr>
      <w:r w:rsidRPr="00270E3E">
        <w:rPr>
          <w:color w:val="1F1F1F"/>
          <w:sz w:val="18"/>
          <w:lang w:val="sv-SE"/>
        </w:rPr>
        <w:t>har en ansvarsförsäkring med författningsenlig omfattning och</w:t>
      </w:r>
    </w:p>
    <w:p w14:paraId="15B61A70" w14:textId="77777777" w:rsidR="00B938B5" w:rsidRPr="00270E3E" w:rsidRDefault="003C7832">
      <w:pPr>
        <w:pStyle w:val="Punktlista"/>
        <w:spacing w:after="30" w:line="240" w:lineRule="auto"/>
        <w:ind w:left="283" w:hanging="142"/>
        <w:rPr>
          <w:lang w:val="sv-SE"/>
        </w:rPr>
      </w:pPr>
      <w:r w:rsidRPr="00270E3E">
        <w:rPr>
          <w:color w:val="1F1F1F"/>
          <w:sz w:val="18"/>
          <w:lang w:val="sv-SE"/>
        </w:rPr>
        <w:t>i övrigt bedöms lämplig som försäkringsförmedlare.</w:t>
      </w:r>
    </w:p>
    <w:p w14:paraId="06210685" w14:textId="77777777" w:rsidR="00B938B5" w:rsidRDefault="003C7832">
      <w:pPr>
        <w:keepNext/>
        <w:spacing w:before="160"/>
      </w:pPr>
      <w:proofErr w:type="spellStart"/>
      <w:r>
        <w:rPr>
          <w:b/>
          <w:color w:val="0B4F7A"/>
          <w:sz w:val="23"/>
        </w:rPr>
        <w:t>Sökandens</w:t>
      </w:r>
      <w:proofErr w:type="spellEnd"/>
      <w:r>
        <w:rPr>
          <w:b/>
          <w:color w:val="0B4F7A"/>
          <w:sz w:val="23"/>
        </w:rPr>
        <w:t xml:space="preserve"> </w:t>
      </w:r>
      <w:proofErr w:type="spellStart"/>
      <w:r>
        <w:rPr>
          <w:b/>
          <w:color w:val="0B4F7A"/>
          <w:sz w:val="23"/>
        </w:rPr>
        <w:t>uppgifter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5669"/>
      </w:tblGrid>
      <w:tr w:rsidR="00B938B5" w14:paraId="23628452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3C03C8E6" w14:textId="77777777" w:rsidR="00B938B5" w:rsidRDefault="003C7832">
            <w:pPr>
              <w:spacing w:after="0"/>
            </w:pPr>
            <w:r>
              <w:rPr>
                <w:color w:val="1F1F1F"/>
              </w:rPr>
              <w:t>Förnamn: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783EFC50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69FCC66F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157B0FFD" w14:textId="77777777" w:rsidR="00B938B5" w:rsidRDefault="003C7832">
            <w:pPr>
              <w:spacing w:after="0"/>
            </w:pPr>
            <w:r>
              <w:rPr>
                <w:color w:val="1F1F1F"/>
              </w:rPr>
              <w:t>Efternamn: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2D211A5A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3D5A6899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21558511" w14:textId="77777777" w:rsidR="00B938B5" w:rsidRDefault="003C7832">
            <w:pPr>
              <w:spacing w:after="0"/>
            </w:pPr>
            <w:r>
              <w:rPr>
                <w:color w:val="1F1F1F"/>
              </w:rPr>
              <w:t>Personnummer, 12 siffror: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68DE9080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4D59E94D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506B9737" w14:textId="77777777" w:rsidR="00B938B5" w:rsidRDefault="003C7832">
            <w:pPr>
              <w:spacing w:after="0"/>
            </w:pPr>
            <w:r>
              <w:rPr>
                <w:color w:val="1F1F1F"/>
              </w:rPr>
              <w:t>E-post arbete: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4A94E675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1F363A43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0D57FDCD" w14:textId="77777777" w:rsidR="00B938B5" w:rsidRDefault="003C7832">
            <w:pPr>
              <w:spacing w:after="0"/>
            </w:pPr>
            <w:r>
              <w:rPr>
                <w:color w:val="1F1F1F"/>
              </w:rPr>
              <w:t>Tjänstetelefonnummer: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03B05840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</w:tbl>
    <w:p w14:paraId="7E65D9DA" w14:textId="77777777" w:rsidR="00B938B5" w:rsidRDefault="003C7832">
      <w:pPr>
        <w:keepNext/>
        <w:spacing w:before="160" w:after="60"/>
      </w:pPr>
      <w:r>
        <w:rPr>
          <w:b/>
          <w:color w:val="0B4F7A"/>
          <w:sz w:val="23"/>
        </w:rPr>
        <w:t>Arbetsgivare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5669"/>
      </w:tblGrid>
      <w:tr w:rsidR="00B938B5" w14:paraId="27BA8DDB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24638545" w14:textId="77777777" w:rsidR="00B938B5" w:rsidRDefault="003C7832">
            <w:pPr>
              <w:spacing w:after="0"/>
            </w:pPr>
            <w:r>
              <w:rPr>
                <w:color w:val="1F1F1F"/>
              </w:rPr>
              <w:t>Arbetsgivarens namn: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18FC7253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2D0FB85B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3AE0CAC6" w14:textId="77777777" w:rsidR="00B938B5" w:rsidRDefault="003C7832">
            <w:pPr>
              <w:spacing w:after="0"/>
            </w:pPr>
            <w:r>
              <w:rPr>
                <w:color w:val="1F1F1F"/>
              </w:rPr>
              <w:t>Organisationsnummer: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5CCFDAF4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</w:tbl>
    <w:p w14:paraId="4F203C3F" w14:textId="77777777" w:rsidR="00B938B5" w:rsidRPr="00270E3E" w:rsidRDefault="003C7832">
      <w:pPr>
        <w:spacing w:after="100" w:line="247" w:lineRule="auto"/>
        <w:ind w:left="3855"/>
        <w:rPr>
          <w:lang w:val="sv-SE"/>
        </w:rPr>
      </w:pPr>
      <w:r w:rsidRPr="00270E3E">
        <w:rPr>
          <w:i/>
          <w:color w:val="1F1F1F"/>
          <w:sz w:val="17"/>
          <w:lang w:val="sv-SE"/>
        </w:rPr>
        <w:t>Ange det förmedlarbolag som ditt SFM-medlemskap ska kopplas till.</w:t>
      </w:r>
    </w:p>
    <w:p w14:paraId="22B417C7" w14:textId="77777777" w:rsidR="00B938B5" w:rsidRDefault="003C7832">
      <w:pPr>
        <w:keepNext/>
        <w:spacing w:before="140" w:after="60"/>
      </w:pPr>
      <w:proofErr w:type="spellStart"/>
      <w:r>
        <w:rPr>
          <w:b/>
          <w:color w:val="0B4F7A"/>
          <w:sz w:val="23"/>
        </w:rPr>
        <w:t>Tidigare</w:t>
      </w:r>
      <w:proofErr w:type="spellEnd"/>
      <w:r>
        <w:rPr>
          <w:b/>
          <w:color w:val="0B4F7A"/>
          <w:sz w:val="23"/>
        </w:rPr>
        <w:t xml:space="preserve"> </w:t>
      </w:r>
      <w:proofErr w:type="spellStart"/>
      <w:r>
        <w:rPr>
          <w:b/>
          <w:color w:val="0B4F7A"/>
          <w:sz w:val="23"/>
        </w:rPr>
        <w:t>medlemskap</w:t>
      </w:r>
      <w:proofErr w:type="spellEnd"/>
      <w:r>
        <w:rPr>
          <w:b/>
          <w:color w:val="0B4F7A"/>
          <w:sz w:val="23"/>
        </w:rPr>
        <w:t xml:space="preserve"> och </w:t>
      </w:r>
      <w:proofErr w:type="spellStart"/>
      <w:r>
        <w:rPr>
          <w:b/>
          <w:color w:val="0B4F7A"/>
          <w:sz w:val="23"/>
        </w:rPr>
        <w:t>erfarenhet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67"/>
        <w:gridCol w:w="5686"/>
      </w:tblGrid>
      <w:tr w:rsidR="00B938B5" w14:paraId="56ED6025" w14:textId="77777777" w:rsidTr="00270E3E">
        <w:trPr>
          <w:trHeight w:val="289"/>
        </w:trPr>
        <w:tc>
          <w:tcPr>
            <w:tcW w:w="3867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7200ED6E" w14:textId="77777777" w:rsidR="00B938B5" w:rsidRDefault="003C7832">
            <w:pPr>
              <w:spacing w:after="0"/>
            </w:pPr>
            <w:r>
              <w:rPr>
                <w:color w:val="1F1F1F"/>
              </w:rPr>
              <w:t>Tidigare förmedlarbolag:</w:t>
            </w:r>
          </w:p>
        </w:tc>
        <w:tc>
          <w:tcPr>
            <w:tcW w:w="5686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28A18162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26F132DA" w14:textId="77777777" w:rsidTr="00270E3E">
        <w:trPr>
          <w:trHeight w:val="304"/>
        </w:trPr>
        <w:tc>
          <w:tcPr>
            <w:tcW w:w="3867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6B8E5995" w14:textId="77777777" w:rsidR="00B938B5" w:rsidRDefault="003C7832">
            <w:pPr>
              <w:spacing w:after="0"/>
            </w:pPr>
            <w:r>
              <w:rPr>
                <w:color w:val="1F1F1F"/>
              </w:rPr>
              <w:t>Anställd mellan år/månad:</w:t>
            </w:r>
          </w:p>
        </w:tc>
        <w:tc>
          <w:tcPr>
            <w:tcW w:w="5686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4F0FA9C8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71701C82" w14:textId="77777777" w:rsidTr="00270E3E">
        <w:trPr>
          <w:trHeight w:val="289"/>
        </w:trPr>
        <w:tc>
          <w:tcPr>
            <w:tcW w:w="3867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0E389CD5" w14:textId="2BBC05CA" w:rsidR="00B938B5" w:rsidRDefault="00B938B5">
            <w:pPr>
              <w:spacing w:after="0"/>
            </w:pPr>
          </w:p>
        </w:tc>
        <w:tc>
          <w:tcPr>
            <w:tcW w:w="5686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2CE53D5E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</w:tbl>
    <w:p w14:paraId="29CEC5CC" w14:textId="77777777" w:rsidR="00B938B5" w:rsidRPr="00270E3E" w:rsidRDefault="003C7832">
      <w:pPr>
        <w:keepNext/>
        <w:spacing w:before="160" w:after="60"/>
        <w:rPr>
          <w:lang w:val="sv-SE"/>
        </w:rPr>
      </w:pPr>
      <w:r w:rsidRPr="00270E3E">
        <w:rPr>
          <w:b/>
          <w:color w:val="0B4F7A"/>
          <w:sz w:val="23"/>
          <w:lang w:val="sv-SE"/>
        </w:rPr>
        <w:t>Sökandens intyg</w:t>
      </w:r>
    </w:p>
    <w:p w14:paraId="7C86E1AC" w14:textId="77777777" w:rsidR="00B938B5" w:rsidRPr="00270E3E" w:rsidRDefault="003C7832">
      <w:pPr>
        <w:spacing w:after="60" w:line="247" w:lineRule="auto"/>
        <w:rPr>
          <w:lang w:val="sv-SE"/>
        </w:rPr>
      </w:pPr>
      <w:proofErr w:type="gramStart"/>
      <w:r w:rsidRPr="00270E3E">
        <w:rPr>
          <w:color w:val="1F1F1F"/>
          <w:lang w:val="sv-SE"/>
        </w:rPr>
        <w:t>☐  Jag</w:t>
      </w:r>
      <w:proofErr w:type="gramEnd"/>
      <w:r w:rsidRPr="00270E3E">
        <w:rPr>
          <w:color w:val="1F1F1F"/>
          <w:lang w:val="sv-SE"/>
        </w:rPr>
        <w:t xml:space="preserve"> bekräftar att uppgifterna i ansökan är korrekta och fullständiga.</w:t>
      </w:r>
    </w:p>
    <w:p w14:paraId="5D8C7706" w14:textId="77777777" w:rsidR="00B938B5" w:rsidRPr="00270E3E" w:rsidRDefault="003C7832">
      <w:pPr>
        <w:spacing w:after="60" w:line="247" w:lineRule="auto"/>
        <w:rPr>
          <w:lang w:val="sv-SE"/>
        </w:rPr>
      </w:pPr>
      <w:proofErr w:type="gramStart"/>
      <w:r w:rsidRPr="00270E3E">
        <w:rPr>
          <w:color w:val="1F1F1F"/>
          <w:lang w:val="sv-SE"/>
        </w:rPr>
        <w:t>☐  Jag</w:t>
      </w:r>
      <w:proofErr w:type="gramEnd"/>
      <w:r w:rsidRPr="00270E3E">
        <w:rPr>
          <w:color w:val="1F1F1F"/>
          <w:lang w:val="sv-SE"/>
        </w:rPr>
        <w:t xml:space="preserve"> accepterar att mina uppgifter behandlas enligt SFM:s personuppgiftshantering.</w:t>
      </w:r>
    </w:p>
    <w:p w14:paraId="70BEFE9D" w14:textId="77777777" w:rsidR="00B938B5" w:rsidRPr="00270E3E" w:rsidRDefault="003C7832">
      <w:pPr>
        <w:spacing w:after="60" w:line="247" w:lineRule="auto"/>
        <w:rPr>
          <w:lang w:val="sv-SE"/>
        </w:rPr>
      </w:pPr>
      <w:proofErr w:type="gramStart"/>
      <w:r w:rsidRPr="00270E3E">
        <w:rPr>
          <w:color w:val="1F1F1F"/>
          <w:lang w:val="sv-SE"/>
        </w:rPr>
        <w:t>☐  Jag</w:t>
      </w:r>
      <w:proofErr w:type="gramEnd"/>
      <w:r w:rsidRPr="00270E3E">
        <w:rPr>
          <w:color w:val="1F1F1F"/>
          <w:lang w:val="sv-SE"/>
        </w:rPr>
        <w:t xml:space="preserve"> bekräftar att jag har tagit del av SFM:s stadgar och yrkesetiska riktlinjer, vilka finns tillgängliga på www.sfm.se.</w:t>
      </w:r>
    </w:p>
    <w:p w14:paraId="6A3ABA47" w14:textId="77777777" w:rsidR="00B938B5" w:rsidRDefault="003C7832">
      <w:pPr>
        <w:keepNext/>
        <w:spacing w:before="160" w:after="60"/>
      </w:pPr>
      <w:r>
        <w:rPr>
          <w:b/>
          <w:color w:val="0B4F7A"/>
          <w:sz w:val="23"/>
        </w:rPr>
        <w:t xml:space="preserve">Ort och </w:t>
      </w:r>
      <w:proofErr w:type="spellStart"/>
      <w:r>
        <w:rPr>
          <w:b/>
          <w:color w:val="0B4F7A"/>
          <w:sz w:val="23"/>
        </w:rPr>
        <w:t>underskrift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5669"/>
      </w:tblGrid>
      <w:tr w:rsidR="00B938B5" w14:paraId="79137645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6A092FB3" w14:textId="77777777" w:rsidR="00B938B5" w:rsidRDefault="003C7832">
            <w:pPr>
              <w:spacing w:after="0"/>
            </w:pPr>
            <w:r>
              <w:rPr>
                <w:color w:val="1F1F1F"/>
              </w:rPr>
              <w:t>Ort: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7D77D42B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6A978BC6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7AAD309F" w14:textId="77777777" w:rsidR="00B938B5" w:rsidRDefault="003C7832">
            <w:pPr>
              <w:spacing w:after="0"/>
            </w:pPr>
            <w:r>
              <w:rPr>
                <w:color w:val="1F1F1F"/>
              </w:rPr>
              <w:t>Datum: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612F31D4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5DE3E541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52DA0B23" w14:textId="77777777" w:rsidR="00B938B5" w:rsidRDefault="003C7832">
            <w:pPr>
              <w:spacing w:after="0"/>
            </w:pPr>
            <w:r>
              <w:rPr>
                <w:color w:val="1F1F1F"/>
              </w:rPr>
              <w:t>Sökandens underskrift: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11EA2040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798D426E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0ADEDCB0" w14:textId="77777777" w:rsidR="00B938B5" w:rsidRDefault="003C7832">
            <w:pPr>
              <w:spacing w:after="0"/>
            </w:pPr>
            <w:r>
              <w:rPr>
                <w:color w:val="1F1F1F"/>
              </w:rPr>
              <w:t>Namnförtydligande: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22C4F8E6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</w:tbl>
    <w:p w14:paraId="3B3A5C9D" w14:textId="77777777" w:rsidR="00B938B5" w:rsidRDefault="003C7832">
      <w:r>
        <w:br w:type="page"/>
      </w:r>
    </w:p>
    <w:p w14:paraId="48FFC72E" w14:textId="77777777" w:rsidR="00B938B5" w:rsidRDefault="003C7832">
      <w:pPr>
        <w:keepNext/>
        <w:spacing w:before="40"/>
      </w:pPr>
      <w:r>
        <w:rPr>
          <w:b/>
          <w:color w:val="0B4F7A"/>
          <w:sz w:val="30"/>
        </w:rPr>
        <w:lastRenderedPageBreak/>
        <w:t>Arbetsgivarens bekräftelse</w:t>
      </w:r>
    </w:p>
    <w:p w14:paraId="178908E1" w14:textId="77777777" w:rsidR="00B938B5" w:rsidRPr="00270E3E" w:rsidRDefault="003C7832">
      <w:pPr>
        <w:spacing w:after="120" w:line="247" w:lineRule="auto"/>
        <w:rPr>
          <w:lang w:val="sv-SE"/>
        </w:rPr>
      </w:pPr>
      <w:r w:rsidRPr="00270E3E">
        <w:rPr>
          <w:i/>
          <w:color w:val="1F1F1F"/>
          <w:sz w:val="19"/>
          <w:lang w:val="sv-SE"/>
        </w:rPr>
        <w:t>Denna del ska fyllas i och undertecknas av en ansvarig person hos förmedlarbolaget, till exempel VD eller personalchef.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5669"/>
      </w:tblGrid>
      <w:tr w:rsidR="00B938B5" w14:paraId="38D8C188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7F26590E" w14:textId="77777777" w:rsidR="00B938B5" w:rsidRDefault="003C7832">
            <w:pPr>
              <w:spacing w:after="0"/>
            </w:pPr>
            <w:proofErr w:type="spellStart"/>
            <w:r>
              <w:rPr>
                <w:color w:val="1F1F1F"/>
              </w:rPr>
              <w:t>Sökandens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namn</w:t>
            </w:r>
            <w:proofErr w:type="spellEnd"/>
            <w:r>
              <w:rPr>
                <w:color w:val="1F1F1F"/>
              </w:rPr>
              <w:t>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7D336C90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3CC42FAB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6E854390" w14:textId="77777777" w:rsidR="00B938B5" w:rsidRDefault="003C7832">
            <w:pPr>
              <w:spacing w:after="0"/>
            </w:pPr>
            <w:r>
              <w:rPr>
                <w:color w:val="1F1F1F"/>
              </w:rPr>
              <w:t>Sökandens personnummer: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097DDE42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0DC7698F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4D65749C" w14:textId="77777777" w:rsidR="00B938B5" w:rsidRDefault="003C7832">
            <w:pPr>
              <w:spacing w:after="0"/>
            </w:pPr>
            <w:r>
              <w:rPr>
                <w:color w:val="1F1F1F"/>
              </w:rPr>
              <w:t>Förmedlarbolag: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48375512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73452C27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36295A82" w14:textId="77777777" w:rsidR="00B938B5" w:rsidRDefault="003C7832">
            <w:pPr>
              <w:spacing w:after="0"/>
            </w:pPr>
            <w:r>
              <w:rPr>
                <w:color w:val="1F1F1F"/>
              </w:rPr>
              <w:t>Organisationsnummer: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6B81F29C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</w:tbl>
    <w:p w14:paraId="3FBBBA25" w14:textId="77777777" w:rsidR="00B938B5" w:rsidRDefault="003C7832">
      <w:pPr>
        <w:keepNext/>
        <w:spacing w:before="160"/>
      </w:pPr>
      <w:r>
        <w:rPr>
          <w:b/>
          <w:color w:val="0B4F7A"/>
          <w:sz w:val="23"/>
        </w:rPr>
        <w:t>Bolaget bekräftar följande</w:t>
      </w:r>
    </w:p>
    <w:p w14:paraId="1FE0FF86" w14:textId="77777777" w:rsidR="00B938B5" w:rsidRPr="00270E3E" w:rsidRDefault="003C7832">
      <w:pPr>
        <w:spacing w:after="60" w:line="247" w:lineRule="auto"/>
        <w:rPr>
          <w:lang w:val="sv-SE"/>
        </w:rPr>
      </w:pPr>
      <w:proofErr w:type="gramStart"/>
      <w:r w:rsidRPr="00270E3E">
        <w:rPr>
          <w:color w:val="1F1F1F"/>
          <w:lang w:val="sv-SE"/>
        </w:rPr>
        <w:t>☐  Sökanden</w:t>
      </w:r>
      <w:proofErr w:type="gramEnd"/>
      <w:r w:rsidRPr="00270E3E">
        <w:rPr>
          <w:color w:val="1F1F1F"/>
          <w:lang w:val="sv-SE"/>
        </w:rPr>
        <w:t xml:space="preserve"> är verksam hos ovan angivet förmedlarbolag och bolaget känner till och godkänner att sökanden ansöker om medlemskap i SFM kopplat till bolaget.</w:t>
      </w:r>
    </w:p>
    <w:p w14:paraId="15B7889B" w14:textId="77777777" w:rsidR="00B938B5" w:rsidRPr="00270E3E" w:rsidRDefault="003C7832">
      <w:pPr>
        <w:spacing w:after="60" w:line="247" w:lineRule="auto"/>
        <w:rPr>
          <w:lang w:val="sv-SE"/>
        </w:rPr>
      </w:pPr>
      <w:proofErr w:type="gramStart"/>
      <w:r w:rsidRPr="00270E3E">
        <w:rPr>
          <w:color w:val="1F1F1F"/>
          <w:lang w:val="sv-SE"/>
        </w:rPr>
        <w:t>☐  Uppgifterna</w:t>
      </w:r>
      <w:proofErr w:type="gramEnd"/>
      <w:r w:rsidRPr="00270E3E">
        <w:rPr>
          <w:color w:val="1F1F1F"/>
          <w:lang w:val="sv-SE"/>
        </w:rPr>
        <w:t xml:space="preserve"> om sökandens anställning och relevanta erfarenhet är korrekta och den sökande har minst två års relevant försäkringserfarenhet de fem senaste åren.</w:t>
      </w:r>
    </w:p>
    <w:p w14:paraId="3D005C61" w14:textId="77777777" w:rsidR="00B938B5" w:rsidRPr="00270E3E" w:rsidRDefault="003C7832">
      <w:pPr>
        <w:spacing w:after="60" w:line="247" w:lineRule="auto"/>
        <w:rPr>
          <w:lang w:val="sv-SE"/>
        </w:rPr>
      </w:pPr>
      <w:proofErr w:type="gramStart"/>
      <w:r w:rsidRPr="00270E3E">
        <w:rPr>
          <w:color w:val="1F1F1F"/>
          <w:lang w:val="sv-SE"/>
        </w:rPr>
        <w:t>☐  Den</w:t>
      </w:r>
      <w:proofErr w:type="gramEnd"/>
      <w:r w:rsidRPr="00270E3E">
        <w:rPr>
          <w:color w:val="1F1F1F"/>
          <w:lang w:val="sv-SE"/>
        </w:rPr>
        <w:t xml:space="preserve"> sökande har under de senaste fem åren inte fått tillstånd eller registrering återkallad enligt 8 kap. 1 § lagen om försäkringsförmedling eller 9 kap. lagen (2018:1219) om försäkringsdistribution och har inte heller ingått i ledningen för ett förmedlarbolag som omfattas av motsvarande återkallelse enligt det tidigare intyget.</w:t>
      </w:r>
    </w:p>
    <w:p w14:paraId="51E4C64F" w14:textId="77777777" w:rsidR="00B938B5" w:rsidRPr="00270E3E" w:rsidRDefault="003C7832">
      <w:pPr>
        <w:spacing w:after="60" w:line="247" w:lineRule="auto"/>
        <w:rPr>
          <w:lang w:val="sv-SE"/>
        </w:rPr>
      </w:pPr>
      <w:proofErr w:type="gramStart"/>
      <w:r w:rsidRPr="00270E3E">
        <w:rPr>
          <w:color w:val="1F1F1F"/>
          <w:lang w:val="sv-SE"/>
        </w:rPr>
        <w:t>☐  Den</w:t>
      </w:r>
      <w:proofErr w:type="gramEnd"/>
      <w:r w:rsidRPr="00270E3E">
        <w:rPr>
          <w:color w:val="1F1F1F"/>
          <w:lang w:val="sv-SE"/>
        </w:rPr>
        <w:t xml:space="preserve"> sökande har genomgått bolagets process för sådan kontroll som ett försäkringsförmedlarbolag ska utföra av anställda enligt 2 kap. 8 och 9 §§ lagen (2018:1219) om försäkringsdistribution samt 3 kap. 2 § FFFS 2018:10 avseende underårighet, konkurs, näringsförbud eller förvaltarskap enligt 11 kap. 7 § föräldrabalken, kompetens och godkänt kunskapstest samt skötsamhet i ekonomiska frågor.</w:t>
      </w:r>
    </w:p>
    <w:p w14:paraId="5098B311" w14:textId="77777777" w:rsidR="00B938B5" w:rsidRDefault="003C7832">
      <w:pPr>
        <w:keepNext/>
        <w:spacing w:before="160" w:after="60"/>
      </w:pPr>
      <w:proofErr w:type="spellStart"/>
      <w:r>
        <w:rPr>
          <w:b/>
          <w:color w:val="0B4F7A"/>
          <w:sz w:val="23"/>
        </w:rPr>
        <w:t>Ansvarig</w:t>
      </w:r>
      <w:proofErr w:type="spellEnd"/>
      <w:r>
        <w:rPr>
          <w:b/>
          <w:color w:val="0B4F7A"/>
          <w:sz w:val="23"/>
        </w:rPr>
        <w:t xml:space="preserve"> person hos </w:t>
      </w:r>
      <w:proofErr w:type="spellStart"/>
      <w:r>
        <w:rPr>
          <w:b/>
          <w:color w:val="0B4F7A"/>
          <w:sz w:val="23"/>
        </w:rPr>
        <w:t>arbetsgivaren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5669"/>
      </w:tblGrid>
      <w:tr w:rsidR="00B938B5" w14:paraId="506FFBDA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0D1A825F" w14:textId="77777777" w:rsidR="00B938B5" w:rsidRDefault="003C7832">
            <w:pPr>
              <w:spacing w:after="0"/>
            </w:pPr>
            <w:r>
              <w:rPr>
                <w:color w:val="1F1F1F"/>
              </w:rPr>
              <w:t>Namn: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4D083F44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1D724E0C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731DC677" w14:textId="77777777" w:rsidR="00B938B5" w:rsidRDefault="003C7832">
            <w:pPr>
              <w:spacing w:after="0"/>
            </w:pPr>
            <w:r>
              <w:rPr>
                <w:color w:val="1F1F1F"/>
              </w:rPr>
              <w:t>Befattning: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5853AF20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79748851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4528D9A8" w14:textId="77777777" w:rsidR="00B938B5" w:rsidRDefault="003C7832">
            <w:pPr>
              <w:spacing w:after="0"/>
            </w:pPr>
            <w:r>
              <w:rPr>
                <w:color w:val="1F1F1F"/>
              </w:rPr>
              <w:t>E-postadress: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4B32DDD1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7B094838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069E9320" w14:textId="77777777" w:rsidR="00B938B5" w:rsidRDefault="003C7832">
            <w:pPr>
              <w:spacing w:after="0"/>
            </w:pPr>
            <w:r>
              <w:rPr>
                <w:color w:val="1F1F1F"/>
              </w:rPr>
              <w:t>Ort: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0C7EE44E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03B14EF1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2E247BEA" w14:textId="77777777" w:rsidR="00B938B5" w:rsidRDefault="003C7832">
            <w:pPr>
              <w:spacing w:after="0"/>
            </w:pPr>
            <w:r>
              <w:rPr>
                <w:color w:val="1F1F1F"/>
              </w:rPr>
              <w:t>Datum: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48B28551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3D83B4C1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442E3736" w14:textId="77777777" w:rsidR="00B938B5" w:rsidRDefault="003C7832">
            <w:pPr>
              <w:spacing w:after="0"/>
            </w:pPr>
            <w:r>
              <w:rPr>
                <w:color w:val="1F1F1F"/>
              </w:rPr>
              <w:t>Underskrift: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3C08ED48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  <w:tr w:rsidR="00B938B5" w14:paraId="44C9AE47" w14:textId="77777777">
        <w:tc>
          <w:tcPr>
            <w:tcW w:w="3855" w:type="dxa"/>
            <w:tcMar>
              <w:top w:w="22" w:type="dxa"/>
              <w:left w:w="0" w:type="dxa"/>
              <w:bottom w:w="18" w:type="dxa"/>
              <w:right w:w="80" w:type="dxa"/>
            </w:tcMar>
          </w:tcPr>
          <w:p w14:paraId="00BA228A" w14:textId="77777777" w:rsidR="00B938B5" w:rsidRDefault="003C7832">
            <w:pPr>
              <w:spacing w:after="0"/>
            </w:pPr>
            <w:r>
              <w:rPr>
                <w:color w:val="1F1F1F"/>
              </w:rPr>
              <w:t>Namnförtydligande:</w:t>
            </w:r>
          </w:p>
        </w:tc>
        <w:tc>
          <w:tcPr>
            <w:tcW w:w="5669" w:type="dxa"/>
            <w:tcBorders>
              <w:bottom w:val="single" w:sz="6" w:space="0" w:color="777777"/>
            </w:tcBorders>
            <w:tcMar>
              <w:top w:w="22" w:type="dxa"/>
              <w:left w:w="0" w:type="dxa"/>
              <w:bottom w:w="18" w:type="dxa"/>
              <w:right w:w="0" w:type="dxa"/>
            </w:tcMar>
          </w:tcPr>
          <w:p w14:paraId="7FCBB41D" w14:textId="77777777" w:rsidR="00B938B5" w:rsidRDefault="003C7832">
            <w:pPr>
              <w:spacing w:after="0"/>
            </w:pPr>
            <w:r>
              <w:t xml:space="preserve"> </w:t>
            </w:r>
          </w:p>
        </w:tc>
      </w:tr>
    </w:tbl>
    <w:p w14:paraId="082FB4D6" w14:textId="77777777" w:rsidR="00B938B5" w:rsidRDefault="003C7832">
      <w:pPr>
        <w:keepNext/>
        <w:spacing w:before="180" w:after="60"/>
      </w:pPr>
      <w:r>
        <w:rPr>
          <w:b/>
          <w:color w:val="0B4F7A"/>
          <w:sz w:val="23"/>
        </w:rPr>
        <w:t>Behandling av ansökan</w:t>
      </w:r>
    </w:p>
    <w:p w14:paraId="29391D75" w14:textId="77777777" w:rsidR="00B938B5" w:rsidRPr="00270E3E" w:rsidRDefault="003C7832">
      <w:pPr>
        <w:spacing w:after="60" w:line="247" w:lineRule="auto"/>
        <w:rPr>
          <w:lang w:val="sv-SE"/>
        </w:rPr>
      </w:pPr>
      <w:r w:rsidRPr="00270E3E">
        <w:rPr>
          <w:color w:val="1F1F1F"/>
          <w:sz w:val="18"/>
          <w:lang w:val="sv-SE"/>
        </w:rPr>
        <w:t>Ansökan behandlas enligt SFM:s vid var tid gällande process för medlemsansökningar. Information om SFM:s hantering av personuppgifter finns på www.sfm.se.</w:t>
      </w:r>
    </w:p>
    <w:sectPr w:rsidR="00B938B5" w:rsidRPr="00270E3E" w:rsidSect="00034616">
      <w:headerReference w:type="default" r:id="rId8"/>
      <w:footerReference w:type="default" r:id="rId9"/>
      <w:pgSz w:w="11906" w:h="16838"/>
      <w:pgMar w:top="102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4B50B2" w14:textId="77777777" w:rsidR="00034F92" w:rsidRDefault="00034F92">
      <w:pPr>
        <w:spacing w:after="0" w:line="240" w:lineRule="auto"/>
      </w:pPr>
      <w:r>
        <w:separator/>
      </w:r>
    </w:p>
  </w:endnote>
  <w:endnote w:type="continuationSeparator" w:id="0">
    <w:p w14:paraId="4F016879" w14:textId="77777777" w:rsidR="00034F92" w:rsidRDefault="0003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13927D" w14:textId="77777777" w:rsidR="00B938B5" w:rsidRDefault="003C7832" w:rsidP="00FA3EE7">
    <w:pPr>
      <w:pStyle w:val="Sidfot"/>
      <w:jc w:val="right"/>
    </w:pPr>
    <w:proofErr w:type="spellStart"/>
    <w:r>
      <w:rPr>
        <w:color w:val="5A5A5A"/>
        <w:sz w:val="16"/>
      </w:rPr>
      <w:t>Förenklad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medlemsansökan</w:t>
    </w:r>
    <w:proofErr w:type="spellEnd"/>
    <w:r>
      <w:rPr>
        <w:color w:val="5A5A5A"/>
        <w:sz w:val="16"/>
      </w:rPr>
      <w:t xml:space="preserve"> – </w:t>
    </w:r>
    <w:proofErr w:type="spellStart"/>
    <w:r>
      <w:rPr>
        <w:color w:val="5A5A5A"/>
        <w:sz w:val="16"/>
      </w:rPr>
      <w:t>förmedlare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962E5F" w14:textId="77777777" w:rsidR="00034F92" w:rsidRDefault="00034F92">
      <w:pPr>
        <w:spacing w:after="0" w:line="240" w:lineRule="auto"/>
      </w:pPr>
      <w:r>
        <w:separator/>
      </w:r>
    </w:p>
  </w:footnote>
  <w:footnote w:type="continuationSeparator" w:id="0">
    <w:p w14:paraId="02431148" w14:textId="77777777" w:rsidR="00034F92" w:rsidRDefault="00034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F7C4D6" w14:textId="77777777" w:rsidR="00B938B5" w:rsidRDefault="003C7832">
    <w:pPr>
      <w:pStyle w:val="Sidhuvud"/>
      <w:tabs>
        <w:tab w:val="clear" w:pos="9360"/>
        <w:tab w:val="left" w:pos="9354"/>
      </w:tabs>
    </w:pPr>
    <w:r>
      <w:rPr>
        <w:noProof/>
      </w:rPr>
      <w:drawing>
        <wp:inline distT="0" distB="0" distL="0" distR="0" wp14:anchorId="31385509" wp14:editId="59230AD1">
          <wp:extent cx="2052000" cy="5047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86857e7-0d41-4d14-8c75-663a4eda9e4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2000" cy="504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>PAGE</w:instrText>
    </w:r>
    <w:r>
      <w:fldChar w:fldCharType="separate"/>
    </w:r>
    <w:r w:rsidR="00270E3E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170126">
    <w:abstractNumId w:val="8"/>
  </w:num>
  <w:num w:numId="2" w16cid:durableId="822282276">
    <w:abstractNumId w:val="6"/>
  </w:num>
  <w:num w:numId="3" w16cid:durableId="239752936">
    <w:abstractNumId w:val="5"/>
  </w:num>
  <w:num w:numId="4" w16cid:durableId="569199203">
    <w:abstractNumId w:val="4"/>
  </w:num>
  <w:num w:numId="5" w16cid:durableId="906842338">
    <w:abstractNumId w:val="7"/>
  </w:num>
  <w:num w:numId="6" w16cid:durableId="447549353">
    <w:abstractNumId w:val="3"/>
  </w:num>
  <w:num w:numId="7" w16cid:durableId="1862011918">
    <w:abstractNumId w:val="2"/>
  </w:num>
  <w:num w:numId="8" w16cid:durableId="1287736326">
    <w:abstractNumId w:val="1"/>
  </w:num>
  <w:num w:numId="9" w16cid:durableId="18939307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F92"/>
    <w:rsid w:val="0006063C"/>
    <w:rsid w:val="0015074B"/>
    <w:rsid w:val="00270E3E"/>
    <w:rsid w:val="0029639D"/>
    <w:rsid w:val="00326F90"/>
    <w:rsid w:val="003C7832"/>
    <w:rsid w:val="00555507"/>
    <w:rsid w:val="00714126"/>
    <w:rsid w:val="00AA1D8D"/>
    <w:rsid w:val="00B47730"/>
    <w:rsid w:val="00B938B5"/>
    <w:rsid w:val="00CB0664"/>
    <w:rsid w:val="00FA3E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0B86A"/>
  <w14:defaultImageDpi w14:val="300"/>
  <w15:docId w15:val="{1E959219-5049-4DFA-9886-88E0D4A1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Förenklad medlemsansökan – förmedlare</dc:title>
  <dc:subject>Backupblankett för förenklad medlemsansökan till SFM</dc:subject>
  <dc:creator>SFM</dc:creator>
  <cp:keywords/>
  <dc:description>generated by python-docx</dc:description>
  <cp:lastModifiedBy>Spektra Design</cp:lastModifiedBy>
  <cp:revision>2</cp:revision>
  <dcterms:created xsi:type="dcterms:W3CDTF">2026-08-12T09:15:00Z</dcterms:created>
  <dcterms:modified xsi:type="dcterms:W3CDTF">2026-08-12T09:15:00Z</dcterms:modified>
  <cp:category/>
</cp:coreProperties>
</file>